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84C09" w14:textId="0B66B3BD" w:rsidR="00784E78" w:rsidRPr="00156948" w:rsidRDefault="00784E78" w:rsidP="00732527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lang w:val="bg-BG"/>
        </w:rPr>
      </w:pPr>
      <w:r w:rsidRPr="00784E78">
        <w:rPr>
          <w:rFonts w:ascii="Times New Roman" w:hAnsi="Times New Roman" w:cs="Times New Roman"/>
          <w:noProof/>
          <w:lang w:val="bg-BG" w:eastAsia="bg-BG"/>
        </w:rPr>
        <w:drawing>
          <wp:inline distT="0" distB="0" distL="0" distR="0" wp14:anchorId="5B32DC21" wp14:editId="1C27FCC9">
            <wp:extent cx="5486400" cy="931545"/>
            <wp:effectExtent l="0" t="0" r="0" b="1905"/>
            <wp:docPr id="11745243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99366" w14:textId="77777777" w:rsidR="006857DF" w:rsidRDefault="006857DF" w:rsidP="0073252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0380D287" w14:textId="466AEB81" w:rsidR="007660CC" w:rsidRPr="00EE5146" w:rsidRDefault="006857DF" w:rsidP="0073252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5146">
        <w:rPr>
          <w:rFonts w:ascii="Times New Roman" w:hAnsi="Times New Roman" w:cs="Times New Roman"/>
          <w:b/>
          <w:bCs/>
          <w:sz w:val="24"/>
          <w:szCs w:val="24"/>
        </w:rPr>
        <w:t>ДО</w:t>
      </w:r>
    </w:p>
    <w:p w14:paraId="00193AEC" w14:textId="3F0DAC8A" w:rsidR="007660CC" w:rsidRDefault="006857DF" w:rsidP="0073252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EE5146">
        <w:rPr>
          <w:rFonts w:ascii="Times New Roman" w:hAnsi="Times New Roman" w:cs="Times New Roman"/>
          <w:b/>
          <w:bCs/>
          <w:sz w:val="24"/>
          <w:szCs w:val="24"/>
        </w:rPr>
        <w:t>ОБЩИНСКИ СЪВЕТ БУРГАС</w:t>
      </w:r>
    </w:p>
    <w:p w14:paraId="777BCA25" w14:textId="77777777" w:rsidR="006857DF" w:rsidRDefault="006857DF" w:rsidP="0073252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192B8378" w14:textId="77777777" w:rsidR="006857DF" w:rsidRDefault="006857DF" w:rsidP="0073252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62F613D9" w14:textId="77777777" w:rsidR="007660CC" w:rsidRPr="00156948" w:rsidRDefault="007660CC" w:rsidP="00732527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5645ACE" w14:textId="77777777" w:rsidR="007660CC" w:rsidRPr="008C2EB6" w:rsidRDefault="006857DF" w:rsidP="008C2EB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b/>
          <w:bCs/>
          <w:sz w:val="26"/>
          <w:szCs w:val="26"/>
        </w:rPr>
        <w:t>ДОКЛАДНА ЗАПИСКА</w:t>
      </w:r>
    </w:p>
    <w:p w14:paraId="3BEC4642" w14:textId="7E7B3592" w:rsidR="00EE5146" w:rsidRPr="008C2EB6" w:rsidRDefault="00EE5146" w:rsidP="008C2EB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b/>
          <w:bCs/>
          <w:sz w:val="26"/>
          <w:szCs w:val="26"/>
          <w:lang w:val="bg-BG"/>
        </w:rPr>
        <w:t>ОТ</w:t>
      </w:r>
    </w:p>
    <w:p w14:paraId="75DCF7FC" w14:textId="649C902C" w:rsidR="00EE5146" w:rsidRPr="008C2EB6" w:rsidRDefault="00EE5146" w:rsidP="008C2EB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b/>
          <w:bCs/>
          <w:sz w:val="26"/>
          <w:szCs w:val="26"/>
          <w:lang w:val="bg-BG"/>
        </w:rPr>
        <w:t>ДИМИТЪР НИКОЛОВ</w:t>
      </w:r>
    </w:p>
    <w:p w14:paraId="45FC5253" w14:textId="47209992" w:rsidR="007660CC" w:rsidRPr="008C2EB6" w:rsidRDefault="006857DF" w:rsidP="008C2EB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C2EB6">
        <w:rPr>
          <w:rFonts w:ascii="Times New Roman" w:hAnsi="Times New Roman" w:cs="Times New Roman"/>
          <w:b/>
          <w:bCs/>
          <w:sz w:val="26"/>
          <w:szCs w:val="26"/>
        </w:rPr>
        <w:t>КМЕТ НА ОБЩИНА БУРГАС</w:t>
      </w:r>
    </w:p>
    <w:p w14:paraId="7AE12A8F" w14:textId="77777777" w:rsidR="006857DF" w:rsidRPr="008C2EB6" w:rsidRDefault="006857DF" w:rsidP="008C2EB6">
      <w:pPr>
        <w:spacing w:after="0"/>
        <w:jc w:val="both"/>
        <w:rPr>
          <w:rFonts w:ascii="Times New Roman" w:hAnsi="Times New Roman" w:cs="Times New Roman"/>
          <w:sz w:val="26"/>
          <w:szCs w:val="26"/>
          <w:lang w:val="bg-BG"/>
        </w:rPr>
      </w:pPr>
    </w:p>
    <w:p w14:paraId="1C74993E" w14:textId="56626906" w:rsidR="007660CC" w:rsidRPr="008C2EB6" w:rsidRDefault="006857DF" w:rsidP="008C2EB6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proofErr w:type="spellStart"/>
      <w:r w:rsidRPr="008C2EB6">
        <w:rPr>
          <w:rFonts w:ascii="Times New Roman" w:hAnsi="Times New Roman" w:cs="Times New Roman"/>
          <w:b/>
          <w:bCs/>
          <w:sz w:val="26"/>
          <w:szCs w:val="26"/>
        </w:rPr>
        <w:t>Относно</w:t>
      </w:r>
      <w:proofErr w:type="spellEnd"/>
      <w:r w:rsidRPr="008C2EB6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="00BF1260" w:rsidRPr="008C2EB6">
        <w:rPr>
          <w:rFonts w:ascii="Times New Roman" w:hAnsi="Times New Roman" w:cs="Times New Roman"/>
          <w:sz w:val="26"/>
          <w:szCs w:val="26"/>
        </w:rPr>
        <w:t xml:space="preserve"> </w:t>
      </w:r>
      <w:r w:rsidR="00BF1260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Одобряване </w:t>
      </w:r>
      <w:r w:rsidR="00345F8F">
        <w:rPr>
          <w:rFonts w:ascii="Times New Roman" w:hAnsi="Times New Roman" w:cs="Times New Roman"/>
          <w:sz w:val="26"/>
          <w:szCs w:val="26"/>
          <w:lang w:val="bg-BG"/>
        </w:rPr>
        <w:t xml:space="preserve">кандидатът, </w:t>
      </w:r>
      <w:r w:rsidR="00BF1260" w:rsidRPr="008C2EB6">
        <w:rPr>
          <w:rFonts w:ascii="Times New Roman" w:hAnsi="Times New Roman" w:cs="Times New Roman"/>
          <w:sz w:val="26"/>
          <w:szCs w:val="26"/>
          <w:lang w:val="bg-BG"/>
        </w:rPr>
        <w:t>класиран на първо място</w:t>
      </w:r>
      <w:r w:rsidR="00345F8F">
        <w:rPr>
          <w:rFonts w:ascii="Times New Roman" w:hAnsi="Times New Roman" w:cs="Times New Roman"/>
          <w:sz w:val="26"/>
          <w:szCs w:val="26"/>
          <w:lang w:val="bg-BG"/>
        </w:rPr>
        <w:t xml:space="preserve"> и класирането по ред на следващите участници</w:t>
      </w:r>
      <w:r w:rsidR="00BF1260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в конкурса за управител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r w:rsidR="00BF1260" w:rsidRPr="008C2EB6">
        <w:rPr>
          <w:rFonts w:ascii="Times New Roman" w:hAnsi="Times New Roman" w:cs="Times New Roman"/>
          <w:sz w:val="26"/>
          <w:szCs w:val="26"/>
          <w:lang w:val="bg-BG"/>
        </w:rPr>
        <w:t>„</w:t>
      </w:r>
      <w:proofErr w:type="spellStart"/>
      <w:r w:rsidR="00156948" w:rsidRPr="008C2EB6">
        <w:rPr>
          <w:rFonts w:ascii="Times New Roman" w:hAnsi="Times New Roman" w:cs="Times New Roman"/>
          <w:sz w:val="26"/>
          <w:szCs w:val="26"/>
          <w:lang w:val="bg-BG"/>
        </w:rPr>
        <w:t>Многопрофилна</w:t>
      </w:r>
      <w:proofErr w:type="spellEnd"/>
      <w:r w:rsidR="00156948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болница за активно лечение на детски болести „Света Анастасия“</w:t>
      </w:r>
      <w:r w:rsidR="00BF1260" w:rsidRPr="008C2EB6">
        <w:rPr>
          <w:rFonts w:ascii="Times New Roman" w:hAnsi="Times New Roman" w:cs="Times New Roman"/>
          <w:sz w:val="26"/>
          <w:szCs w:val="26"/>
          <w:lang w:val="bg-BG"/>
        </w:rPr>
        <w:t>“</w:t>
      </w:r>
      <w:r w:rsidR="00156948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ЕООД</w:t>
      </w:r>
    </w:p>
    <w:p w14:paraId="4027A715" w14:textId="77777777" w:rsidR="007660CC" w:rsidRPr="008C2EB6" w:rsidRDefault="007660CC" w:rsidP="008C2E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67622E5" w14:textId="77777777" w:rsidR="006857DF" w:rsidRPr="008C2EB6" w:rsidRDefault="006857DF" w:rsidP="008C2EB6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</w:p>
    <w:p w14:paraId="0B24D293" w14:textId="3F53BE0B" w:rsidR="007660CC" w:rsidRPr="008C2EB6" w:rsidRDefault="006857DF" w:rsidP="008C2EB6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C2EB6">
        <w:rPr>
          <w:rFonts w:ascii="Times New Roman" w:hAnsi="Times New Roman" w:cs="Times New Roman"/>
          <w:b/>
          <w:bCs/>
          <w:sz w:val="26"/>
          <w:szCs w:val="26"/>
        </w:rPr>
        <w:t>УВАЖАЕМИ</w:t>
      </w:r>
      <w:r w:rsidR="00EE5146" w:rsidRPr="008C2EB6">
        <w:rPr>
          <w:rFonts w:ascii="Times New Roman" w:hAnsi="Times New Roman" w:cs="Times New Roman"/>
          <w:b/>
          <w:bCs/>
          <w:sz w:val="26"/>
          <w:szCs w:val="26"/>
          <w:lang w:val="bg-BG"/>
        </w:rPr>
        <w:t xml:space="preserve"> ДАМИ И ГОСПОДА</w:t>
      </w:r>
      <w:r w:rsidRPr="008C2EB6">
        <w:rPr>
          <w:rFonts w:ascii="Times New Roman" w:hAnsi="Times New Roman" w:cs="Times New Roman"/>
          <w:b/>
          <w:bCs/>
          <w:sz w:val="26"/>
          <w:szCs w:val="26"/>
        </w:rPr>
        <w:t xml:space="preserve"> ОБЩИНСКИ СЪВЕТНИЦИ,</w:t>
      </w:r>
    </w:p>
    <w:p w14:paraId="7FFA8EE9" w14:textId="77777777" w:rsidR="00732527" w:rsidRPr="008C2EB6" w:rsidRDefault="00687FFC" w:rsidP="008C2EB6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eastAsia="Calibri" w:hAnsi="Times New Roman" w:cs="Times New Roman"/>
          <w:sz w:val="26"/>
          <w:szCs w:val="26"/>
          <w:lang w:val="bg-BG"/>
        </w:rPr>
        <w:t>На основание чл.</w:t>
      </w:r>
      <w:r w:rsidR="00732527" w:rsidRPr="008C2EB6">
        <w:rPr>
          <w:rFonts w:ascii="Times New Roman" w:eastAsia="Calibri" w:hAnsi="Times New Roman" w:cs="Times New Roman"/>
          <w:sz w:val="26"/>
          <w:szCs w:val="26"/>
          <w:lang w:val="bg-BG"/>
        </w:rPr>
        <w:t xml:space="preserve"> </w:t>
      </w:r>
      <w:r w:rsidRPr="008C2EB6">
        <w:rPr>
          <w:rFonts w:ascii="Times New Roman" w:eastAsia="Calibri" w:hAnsi="Times New Roman" w:cs="Times New Roman"/>
          <w:sz w:val="26"/>
          <w:szCs w:val="26"/>
          <w:lang w:val="bg-BG"/>
        </w:rPr>
        <w:t>73, ал.</w:t>
      </w:r>
      <w:r w:rsidR="00732527" w:rsidRPr="008C2EB6">
        <w:rPr>
          <w:rFonts w:ascii="Times New Roman" w:eastAsia="Calibri" w:hAnsi="Times New Roman" w:cs="Times New Roman"/>
          <w:sz w:val="26"/>
          <w:szCs w:val="26"/>
          <w:lang w:val="bg-BG"/>
        </w:rPr>
        <w:t xml:space="preserve"> </w:t>
      </w:r>
      <w:r w:rsidRPr="008C2EB6">
        <w:rPr>
          <w:rFonts w:ascii="Times New Roman" w:eastAsia="Calibri" w:hAnsi="Times New Roman" w:cs="Times New Roman"/>
          <w:sz w:val="26"/>
          <w:szCs w:val="26"/>
          <w:lang w:val="bg-BG"/>
        </w:rPr>
        <w:t xml:space="preserve">6 от </w:t>
      </w:r>
      <w:r w:rsidRPr="008C2EB6">
        <w:rPr>
          <w:rFonts w:ascii="Times New Roman" w:eastAsia="Calibri" w:hAnsi="Times New Roman" w:cs="Times New Roman"/>
          <w:bCs/>
          <w:sz w:val="26"/>
          <w:szCs w:val="26"/>
          <w:lang w:val="bg-BG"/>
        </w:rPr>
        <w:t xml:space="preserve">Правилника за организацията и дейността на </w:t>
      </w:r>
      <w:r w:rsidR="00732527" w:rsidRPr="008C2EB6">
        <w:rPr>
          <w:rFonts w:ascii="Times New Roman" w:eastAsia="Calibri" w:hAnsi="Times New Roman" w:cs="Times New Roman"/>
          <w:bCs/>
          <w:sz w:val="26"/>
          <w:szCs w:val="26"/>
          <w:lang w:val="bg-BG"/>
        </w:rPr>
        <w:t>О</w:t>
      </w:r>
      <w:r w:rsidRPr="008C2EB6">
        <w:rPr>
          <w:rFonts w:ascii="Times New Roman" w:eastAsia="Calibri" w:hAnsi="Times New Roman" w:cs="Times New Roman"/>
          <w:bCs/>
          <w:sz w:val="26"/>
          <w:szCs w:val="26"/>
          <w:lang w:val="bg-BG"/>
        </w:rPr>
        <w:t>бщинския съвет, неговите комисии и взаимодействието му с</w:t>
      </w:r>
      <w:r w:rsidRPr="008C2EB6">
        <w:rPr>
          <w:rFonts w:ascii="Times New Roman" w:eastAsia="Calibri" w:hAnsi="Times New Roman" w:cs="Times New Roman"/>
          <w:sz w:val="26"/>
          <w:szCs w:val="26"/>
          <w:lang w:val="bg-BG"/>
        </w:rPr>
        <w:t> </w:t>
      </w:r>
      <w:r w:rsidRPr="008C2EB6">
        <w:rPr>
          <w:rFonts w:ascii="Times New Roman" w:eastAsia="Calibri" w:hAnsi="Times New Roman" w:cs="Times New Roman"/>
          <w:bCs/>
          <w:sz w:val="26"/>
          <w:szCs w:val="26"/>
          <w:lang w:val="bg-BG"/>
        </w:rPr>
        <w:t xml:space="preserve">общинската администрация на </w:t>
      </w:r>
      <w:r w:rsidR="00732527" w:rsidRPr="008C2EB6">
        <w:rPr>
          <w:rFonts w:ascii="Times New Roman" w:eastAsia="Calibri" w:hAnsi="Times New Roman" w:cs="Times New Roman"/>
          <w:bCs/>
          <w:sz w:val="26"/>
          <w:szCs w:val="26"/>
          <w:lang w:val="bg-BG"/>
        </w:rPr>
        <w:t>О</w:t>
      </w:r>
      <w:r w:rsidRPr="008C2EB6">
        <w:rPr>
          <w:rFonts w:ascii="Times New Roman" w:eastAsia="Calibri" w:hAnsi="Times New Roman" w:cs="Times New Roman"/>
          <w:bCs/>
          <w:sz w:val="26"/>
          <w:szCs w:val="26"/>
          <w:lang w:val="bg-BG"/>
        </w:rPr>
        <w:t xml:space="preserve">бщина Бургас моля да включите за разглеждане </w:t>
      </w:r>
      <w:r w:rsidRPr="008C2EB6">
        <w:rPr>
          <w:rFonts w:ascii="Times New Roman" w:eastAsia="Calibri" w:hAnsi="Times New Roman" w:cs="Times New Roman"/>
          <w:sz w:val="26"/>
          <w:szCs w:val="26"/>
          <w:lang w:val="bg-BG"/>
        </w:rPr>
        <w:t>в дневния ред на предстоящо заседание на Общинския съвет</w:t>
      </w:r>
      <w:r w:rsidRPr="008C2EB6">
        <w:rPr>
          <w:rFonts w:ascii="Times New Roman" w:eastAsia="Calibri" w:hAnsi="Times New Roman" w:cs="Times New Roman"/>
          <w:bCs/>
          <w:sz w:val="26"/>
          <w:szCs w:val="26"/>
          <w:lang w:val="bg-BG"/>
        </w:rPr>
        <w:t xml:space="preserve"> настоящата докладна записка,</w:t>
      </w:r>
      <w:r w:rsidR="0095029D" w:rsidRPr="008C2EB6">
        <w:rPr>
          <w:rFonts w:ascii="Times New Roman" w:eastAsia="Calibri" w:hAnsi="Times New Roman" w:cs="Times New Roman"/>
          <w:bCs/>
          <w:sz w:val="26"/>
          <w:szCs w:val="26"/>
          <w:lang w:val="bg-BG"/>
        </w:rPr>
        <w:t xml:space="preserve"> предвид нормативно установени срокове в чл.</w:t>
      </w:r>
      <w:r w:rsidR="00732527" w:rsidRPr="008C2EB6">
        <w:rPr>
          <w:rFonts w:ascii="Times New Roman" w:eastAsia="Calibri" w:hAnsi="Times New Roman" w:cs="Times New Roman"/>
          <w:bCs/>
          <w:sz w:val="26"/>
          <w:szCs w:val="26"/>
          <w:lang w:val="bg-BG"/>
        </w:rPr>
        <w:t xml:space="preserve"> </w:t>
      </w:r>
      <w:r w:rsidR="0095029D" w:rsidRPr="008C2EB6">
        <w:rPr>
          <w:rFonts w:ascii="Times New Roman" w:eastAsia="Calibri" w:hAnsi="Times New Roman" w:cs="Times New Roman"/>
          <w:bCs/>
          <w:sz w:val="26"/>
          <w:szCs w:val="26"/>
          <w:lang w:val="bg-BG"/>
        </w:rPr>
        <w:t>10., ал.</w:t>
      </w:r>
      <w:r w:rsidR="00732527" w:rsidRPr="008C2EB6">
        <w:rPr>
          <w:rFonts w:ascii="Times New Roman" w:eastAsia="Calibri" w:hAnsi="Times New Roman" w:cs="Times New Roman"/>
          <w:bCs/>
          <w:sz w:val="26"/>
          <w:szCs w:val="26"/>
          <w:lang w:val="bg-BG"/>
        </w:rPr>
        <w:t xml:space="preserve"> </w:t>
      </w:r>
      <w:r w:rsidR="0095029D" w:rsidRPr="008C2EB6">
        <w:rPr>
          <w:rFonts w:ascii="Times New Roman" w:eastAsia="Calibri" w:hAnsi="Times New Roman" w:cs="Times New Roman"/>
          <w:bCs/>
          <w:sz w:val="26"/>
          <w:szCs w:val="26"/>
          <w:lang w:val="bg-BG"/>
        </w:rPr>
        <w:t>1 и чл.</w:t>
      </w:r>
      <w:r w:rsidR="00732527" w:rsidRPr="008C2EB6">
        <w:rPr>
          <w:rFonts w:ascii="Times New Roman" w:eastAsia="Calibri" w:hAnsi="Times New Roman" w:cs="Times New Roman"/>
          <w:bCs/>
          <w:sz w:val="26"/>
          <w:szCs w:val="26"/>
          <w:lang w:val="bg-BG"/>
        </w:rPr>
        <w:t xml:space="preserve"> </w:t>
      </w:r>
      <w:r w:rsidR="0095029D" w:rsidRPr="008C2EB6">
        <w:rPr>
          <w:rFonts w:ascii="Times New Roman" w:eastAsia="Calibri" w:hAnsi="Times New Roman" w:cs="Times New Roman"/>
          <w:bCs/>
          <w:sz w:val="26"/>
          <w:szCs w:val="26"/>
          <w:lang w:val="bg-BG"/>
        </w:rPr>
        <w:t>11, ал.</w:t>
      </w:r>
      <w:r w:rsidR="00732527" w:rsidRPr="008C2EB6">
        <w:rPr>
          <w:rFonts w:ascii="Times New Roman" w:eastAsia="Calibri" w:hAnsi="Times New Roman" w:cs="Times New Roman"/>
          <w:bCs/>
          <w:sz w:val="26"/>
          <w:szCs w:val="26"/>
          <w:lang w:val="bg-BG"/>
        </w:rPr>
        <w:t xml:space="preserve"> </w:t>
      </w:r>
      <w:r w:rsidR="0095029D" w:rsidRPr="008C2EB6">
        <w:rPr>
          <w:rFonts w:ascii="Times New Roman" w:eastAsia="Calibri" w:hAnsi="Times New Roman" w:cs="Times New Roman"/>
          <w:bCs/>
          <w:sz w:val="26"/>
          <w:szCs w:val="26"/>
          <w:lang w:val="bg-BG"/>
        </w:rPr>
        <w:t xml:space="preserve">2 от </w:t>
      </w:r>
      <w:proofErr w:type="spellStart"/>
      <w:r w:rsidR="0095029D" w:rsidRPr="008C2EB6">
        <w:rPr>
          <w:rFonts w:ascii="Times New Roman" w:hAnsi="Times New Roman" w:cs="Times New Roman"/>
          <w:sz w:val="26"/>
          <w:szCs w:val="26"/>
        </w:rPr>
        <w:t>Наредба</w:t>
      </w:r>
      <w:proofErr w:type="spellEnd"/>
      <w:r w:rsidR="0095029D" w:rsidRPr="008C2EB6">
        <w:rPr>
          <w:rFonts w:ascii="Times New Roman" w:hAnsi="Times New Roman" w:cs="Times New Roman"/>
          <w:sz w:val="26"/>
          <w:szCs w:val="26"/>
        </w:rPr>
        <w:t xml:space="preserve"> №9/26.06.2000 г. </w:t>
      </w:r>
      <w:proofErr w:type="spellStart"/>
      <w:proofErr w:type="gramStart"/>
      <w:r w:rsidR="0095029D"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proofErr w:type="gramEnd"/>
      <w:r w:rsidR="0095029D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5029D" w:rsidRPr="008C2EB6">
        <w:rPr>
          <w:rFonts w:ascii="Times New Roman" w:hAnsi="Times New Roman" w:cs="Times New Roman"/>
          <w:sz w:val="26"/>
          <w:szCs w:val="26"/>
        </w:rPr>
        <w:t>условията</w:t>
      </w:r>
      <w:proofErr w:type="spellEnd"/>
      <w:r w:rsidR="0095029D" w:rsidRPr="008C2EB6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95029D" w:rsidRPr="008C2EB6">
        <w:rPr>
          <w:rFonts w:ascii="Times New Roman" w:hAnsi="Times New Roman" w:cs="Times New Roman"/>
          <w:sz w:val="26"/>
          <w:szCs w:val="26"/>
        </w:rPr>
        <w:t>реда</w:t>
      </w:r>
      <w:proofErr w:type="spellEnd"/>
      <w:r w:rsidR="0095029D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5029D"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95029D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5029D" w:rsidRPr="008C2EB6">
        <w:rPr>
          <w:rFonts w:ascii="Times New Roman" w:hAnsi="Times New Roman" w:cs="Times New Roman"/>
          <w:sz w:val="26"/>
          <w:szCs w:val="26"/>
        </w:rPr>
        <w:t>провеждане</w:t>
      </w:r>
      <w:proofErr w:type="spellEnd"/>
      <w:r w:rsidR="0095029D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5029D"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95029D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5029D" w:rsidRPr="008C2EB6">
        <w:rPr>
          <w:rFonts w:ascii="Times New Roman" w:hAnsi="Times New Roman" w:cs="Times New Roman"/>
          <w:sz w:val="26"/>
          <w:szCs w:val="26"/>
        </w:rPr>
        <w:t>конкурси</w:t>
      </w:r>
      <w:proofErr w:type="spellEnd"/>
      <w:r w:rsidR="0095029D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5029D"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95029D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5029D" w:rsidRPr="008C2EB6">
        <w:rPr>
          <w:rFonts w:ascii="Times New Roman" w:hAnsi="Times New Roman" w:cs="Times New Roman"/>
          <w:sz w:val="26"/>
          <w:szCs w:val="26"/>
        </w:rPr>
        <w:t>възлагане</w:t>
      </w:r>
      <w:proofErr w:type="spellEnd"/>
      <w:r w:rsidR="0095029D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5029D"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95029D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5029D" w:rsidRPr="008C2EB6">
        <w:rPr>
          <w:rFonts w:ascii="Times New Roman" w:hAnsi="Times New Roman" w:cs="Times New Roman"/>
          <w:sz w:val="26"/>
          <w:szCs w:val="26"/>
        </w:rPr>
        <w:t>управлението</w:t>
      </w:r>
      <w:proofErr w:type="spellEnd"/>
      <w:r w:rsidR="0095029D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5029D"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95029D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5029D" w:rsidRPr="008C2EB6">
        <w:rPr>
          <w:rFonts w:ascii="Times New Roman" w:hAnsi="Times New Roman" w:cs="Times New Roman"/>
          <w:sz w:val="26"/>
          <w:szCs w:val="26"/>
        </w:rPr>
        <w:t>лечебните</w:t>
      </w:r>
      <w:proofErr w:type="spellEnd"/>
      <w:r w:rsidR="0095029D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5029D" w:rsidRPr="008C2EB6">
        <w:rPr>
          <w:rFonts w:ascii="Times New Roman" w:hAnsi="Times New Roman" w:cs="Times New Roman"/>
          <w:sz w:val="26"/>
          <w:szCs w:val="26"/>
        </w:rPr>
        <w:t>заведения</w:t>
      </w:r>
      <w:proofErr w:type="spellEnd"/>
      <w:r w:rsidR="0095029D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5029D" w:rsidRPr="008C2EB6">
        <w:rPr>
          <w:rFonts w:ascii="Times New Roman" w:hAnsi="Times New Roman" w:cs="Times New Roman"/>
          <w:sz w:val="26"/>
          <w:szCs w:val="26"/>
        </w:rPr>
        <w:t>по</w:t>
      </w:r>
      <w:proofErr w:type="spellEnd"/>
      <w:r w:rsidR="0095029D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5029D" w:rsidRPr="008C2EB6">
        <w:rPr>
          <w:rFonts w:ascii="Times New Roman" w:hAnsi="Times New Roman" w:cs="Times New Roman"/>
          <w:sz w:val="26"/>
          <w:szCs w:val="26"/>
        </w:rPr>
        <w:t>Закона</w:t>
      </w:r>
      <w:proofErr w:type="spellEnd"/>
      <w:r w:rsidR="0095029D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5029D"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95029D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5029D" w:rsidRPr="008C2EB6">
        <w:rPr>
          <w:rFonts w:ascii="Times New Roman" w:hAnsi="Times New Roman" w:cs="Times New Roman"/>
          <w:sz w:val="26"/>
          <w:szCs w:val="26"/>
        </w:rPr>
        <w:t>лечебните</w:t>
      </w:r>
      <w:proofErr w:type="spellEnd"/>
      <w:r w:rsidR="0095029D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5029D" w:rsidRPr="008C2EB6">
        <w:rPr>
          <w:rFonts w:ascii="Times New Roman" w:hAnsi="Times New Roman" w:cs="Times New Roman"/>
          <w:sz w:val="26"/>
          <w:szCs w:val="26"/>
        </w:rPr>
        <w:t>заведения</w:t>
      </w:r>
      <w:proofErr w:type="spellEnd"/>
      <w:r w:rsidR="0095029D" w:rsidRPr="008C2EB6">
        <w:rPr>
          <w:rFonts w:ascii="Times New Roman" w:hAnsi="Times New Roman" w:cs="Times New Roman"/>
          <w:sz w:val="26"/>
          <w:szCs w:val="26"/>
        </w:rPr>
        <w:t>.</w:t>
      </w:r>
    </w:p>
    <w:p w14:paraId="2F86E008" w14:textId="12FBBF95" w:rsidR="0095029D" w:rsidRPr="008C2EB6" w:rsidRDefault="0095029D" w:rsidP="008C2EB6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Своевременният избор на управител на </w:t>
      </w:r>
      <w:proofErr w:type="spellStart"/>
      <w:r w:rsidRPr="008C2EB6">
        <w:rPr>
          <w:rFonts w:ascii="Times New Roman" w:hAnsi="Times New Roman" w:cs="Times New Roman"/>
          <w:bCs/>
          <w:sz w:val="26"/>
          <w:szCs w:val="26"/>
          <w:lang w:val="bg-BG"/>
        </w:rPr>
        <w:t>Многопрофилна</w:t>
      </w:r>
      <w:proofErr w:type="spellEnd"/>
      <w:r w:rsidRPr="008C2EB6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болница за активно лечение на детски болести „Света Анастасия“ (МБАЛДБ „Света Анастасия“) ЕООД, 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ЕИК </w:t>
      </w:r>
      <w:r w:rsidRPr="008C2EB6">
        <w:rPr>
          <w:rFonts w:ascii="Times New Roman" w:hAnsi="Times New Roman" w:cs="Times New Roman"/>
          <w:spacing w:val="2"/>
          <w:sz w:val="26"/>
          <w:szCs w:val="26"/>
        </w:rPr>
        <w:t>207035949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е условие за встъпване в длъжност и поемане на задълженията</w:t>
      </w:r>
      <w:r w:rsidR="00732527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от страна на управителя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, свързани с </w:t>
      </w:r>
      <w:r w:rsidR="00732527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окончателното окомплектоване на лечебното заведение и подготовка за получаването на разрешение за дейност по реда на чл. 46 от Закона за лечебните заведения, както и за преговори с НЗОК за сключване на договор за финансиране на дейността на Болницата. Следва да се вземе под внимание, че заявлението за искане за получаване на разрешение е вече подадено от временно изпълняващия длъжността управител и е необходимо при предстояща проверка от страна на Министерство на здравеопазването чрез РЗИ Бургас да бъдат изпълнени всички изисквания, заложени в ЗЛЗ и Наредба №49 </w:t>
      </w:r>
      <w:proofErr w:type="spellStart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>от</w:t>
      </w:r>
      <w:proofErr w:type="spellEnd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 xml:space="preserve"> 18 </w:t>
      </w:r>
      <w:proofErr w:type="spellStart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>октомври</w:t>
      </w:r>
      <w:proofErr w:type="spellEnd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 xml:space="preserve"> 2010 г. </w:t>
      </w:r>
      <w:proofErr w:type="spellStart"/>
      <w:proofErr w:type="gramStart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>за</w:t>
      </w:r>
      <w:proofErr w:type="spellEnd"/>
      <w:proofErr w:type="gramEnd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lastRenderedPageBreak/>
        <w:t>основните</w:t>
      </w:r>
      <w:proofErr w:type="spellEnd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>изисквания</w:t>
      </w:r>
      <w:proofErr w:type="spellEnd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>,</w:t>
      </w:r>
      <w:r w:rsidR="00732527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proofErr w:type="spellStart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>на</w:t>
      </w:r>
      <w:proofErr w:type="spellEnd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>които</w:t>
      </w:r>
      <w:proofErr w:type="spellEnd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>трябва</w:t>
      </w:r>
      <w:proofErr w:type="spellEnd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>да</w:t>
      </w:r>
      <w:proofErr w:type="spellEnd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>отговарят</w:t>
      </w:r>
      <w:proofErr w:type="spellEnd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>устройството</w:t>
      </w:r>
      <w:proofErr w:type="spellEnd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 xml:space="preserve">, </w:t>
      </w:r>
      <w:proofErr w:type="spellStart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>дейността</w:t>
      </w:r>
      <w:proofErr w:type="spellEnd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 xml:space="preserve"> и</w:t>
      </w:r>
      <w:r w:rsidR="00732527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proofErr w:type="spellStart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>вътрешния</w:t>
      </w:r>
      <w:proofErr w:type="spellEnd"/>
      <w:r w:rsidR="00732527" w:rsidRPr="008C2EB6">
        <w:rPr>
          <w:rFonts w:ascii="Times New Roman" w:hAnsi="Times New Roman" w:cs="Times New Roman"/>
          <w:sz w:val="26"/>
          <w:szCs w:val="26"/>
          <w:lang w:val="bg-BG"/>
        </w:rPr>
        <w:t>т</w:t>
      </w:r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>ред</w:t>
      </w:r>
      <w:proofErr w:type="spellEnd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>на</w:t>
      </w:r>
      <w:proofErr w:type="spellEnd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>лечебните</w:t>
      </w:r>
      <w:proofErr w:type="spellEnd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>заведения</w:t>
      </w:r>
      <w:proofErr w:type="spellEnd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>за</w:t>
      </w:r>
      <w:proofErr w:type="spellEnd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>болнична</w:t>
      </w:r>
      <w:proofErr w:type="spellEnd"/>
      <w:r w:rsidR="00732527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proofErr w:type="spellStart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>помощ</w:t>
      </w:r>
      <w:proofErr w:type="spellEnd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 xml:space="preserve"> и </w:t>
      </w:r>
      <w:proofErr w:type="spellStart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>домовете</w:t>
      </w:r>
      <w:proofErr w:type="spellEnd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>за</w:t>
      </w:r>
      <w:proofErr w:type="spellEnd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>медико-социални</w:t>
      </w:r>
      <w:proofErr w:type="spellEnd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732527" w:rsidRPr="008C2EB6">
        <w:rPr>
          <w:rFonts w:ascii="Times New Roman" w:hAnsi="Times New Roman" w:cs="Times New Roman"/>
          <w:sz w:val="26"/>
          <w:szCs w:val="26"/>
          <w:lang w:val="en-GB"/>
        </w:rPr>
        <w:t>грижи</w:t>
      </w:r>
      <w:proofErr w:type="spellEnd"/>
      <w:r w:rsidR="00732527" w:rsidRPr="008C2EB6">
        <w:rPr>
          <w:rFonts w:ascii="Times New Roman" w:hAnsi="Times New Roman" w:cs="Times New Roman"/>
          <w:sz w:val="26"/>
          <w:szCs w:val="26"/>
          <w:lang w:val="bg-BG"/>
        </w:rPr>
        <w:t>екипът на лечебното заведение</w:t>
      </w:r>
      <w:r w:rsidR="002D7A2B" w:rsidRPr="008C2EB6">
        <w:rPr>
          <w:rFonts w:ascii="Times New Roman" w:hAnsi="Times New Roman" w:cs="Times New Roman"/>
          <w:sz w:val="26"/>
          <w:szCs w:val="26"/>
          <w:lang w:val="bg-BG"/>
        </w:rPr>
        <w:t>, вкл. и управленски екип на Детската болница.</w:t>
      </w:r>
    </w:p>
    <w:p w14:paraId="5504B821" w14:textId="0C9ACA52" w:rsidR="00D63425" w:rsidRPr="008C2EB6" w:rsidRDefault="00D63425" w:rsidP="008C2EB6">
      <w:pPr>
        <w:spacing w:after="0"/>
        <w:ind w:firstLine="720"/>
        <w:jc w:val="both"/>
        <w:rPr>
          <w:rFonts w:ascii="Times New Roman" w:hAnsi="Times New Roman" w:cs="Times New Roman"/>
          <w:bCs/>
          <w:sz w:val="26"/>
          <w:szCs w:val="26"/>
          <w:lang w:val="bg-BG"/>
        </w:rPr>
      </w:pPr>
      <w:r w:rsidRPr="008C2EB6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С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Решение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по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т. 6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от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заседание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на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Общински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съвет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Бургас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проведено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на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25.11.2025 г. (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Протокол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№ 31)</w:t>
      </w:r>
      <w:r w:rsidRPr="008C2EB6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бяха определени </w:t>
      </w:r>
      <w:r w:rsidRPr="008C2EB6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условия и ред за провеждане на конкурс за избор на управител на </w:t>
      </w:r>
      <w:r w:rsidR="00BF1260" w:rsidRPr="008C2EB6">
        <w:rPr>
          <w:rFonts w:ascii="Times New Roman" w:hAnsi="Times New Roman" w:cs="Times New Roman"/>
          <w:bCs/>
          <w:sz w:val="26"/>
          <w:szCs w:val="26"/>
          <w:lang w:val="bg-BG"/>
        </w:rPr>
        <w:t>„</w:t>
      </w:r>
      <w:proofErr w:type="spellStart"/>
      <w:r w:rsidRPr="008C2EB6">
        <w:rPr>
          <w:rFonts w:ascii="Times New Roman" w:hAnsi="Times New Roman" w:cs="Times New Roman"/>
          <w:bCs/>
          <w:sz w:val="26"/>
          <w:szCs w:val="26"/>
          <w:lang w:val="bg-BG"/>
        </w:rPr>
        <w:t>Многопрофилна</w:t>
      </w:r>
      <w:proofErr w:type="spellEnd"/>
      <w:r w:rsidRPr="008C2EB6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болница за активно лечение на детски болести „Св</w:t>
      </w:r>
      <w:r w:rsidR="00BF1260" w:rsidRPr="008C2EB6">
        <w:rPr>
          <w:rFonts w:ascii="Times New Roman" w:hAnsi="Times New Roman" w:cs="Times New Roman"/>
          <w:bCs/>
          <w:sz w:val="26"/>
          <w:szCs w:val="26"/>
          <w:lang w:val="bg-BG"/>
        </w:rPr>
        <w:t>ета</w:t>
      </w:r>
      <w:r w:rsidRPr="008C2EB6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Анастасия“ (МБАЛ</w:t>
      </w:r>
      <w:r w:rsidR="00BF1260" w:rsidRPr="008C2EB6">
        <w:rPr>
          <w:rFonts w:ascii="Times New Roman" w:hAnsi="Times New Roman" w:cs="Times New Roman"/>
          <w:bCs/>
          <w:sz w:val="26"/>
          <w:szCs w:val="26"/>
          <w:lang w:val="bg-BG"/>
        </w:rPr>
        <w:t>ДБ „Света Анастасия“</w:t>
      </w:r>
      <w:r w:rsidRPr="008C2EB6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) ЕООД, 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ЕИК </w:t>
      </w:r>
      <w:r w:rsidRPr="008C2EB6">
        <w:rPr>
          <w:rFonts w:ascii="Times New Roman" w:hAnsi="Times New Roman" w:cs="Times New Roman"/>
          <w:spacing w:val="2"/>
          <w:sz w:val="26"/>
          <w:szCs w:val="26"/>
        </w:rPr>
        <w:t>207035949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>.</w:t>
      </w:r>
      <w:r w:rsidR="002D7A2B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Конкурсът за управител беше официално обявен на 22 декември 2025 г.</w:t>
      </w:r>
    </w:p>
    <w:p w14:paraId="3118C03A" w14:textId="2ADAD396" w:rsidR="00D63425" w:rsidRPr="008C2EB6" w:rsidRDefault="00BF1260" w:rsidP="008C2EB6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В срока за </w:t>
      </w:r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подаване на 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документи за участие в конкурса за възлагане управлението на лечебното заведение постъпиха </w:t>
      </w:r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>5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заявления от следните</w:t>
      </w:r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кандидати:</w:t>
      </w:r>
    </w:p>
    <w:p w14:paraId="1D933CAD" w14:textId="6C234A10" w:rsidR="00D63425" w:rsidRPr="008C2EB6" w:rsidRDefault="00D63425" w:rsidP="008C2EB6">
      <w:pPr>
        <w:pStyle w:val="ListParagraph"/>
        <w:numPr>
          <w:ilvl w:val="0"/>
          <w:numId w:val="10"/>
        </w:numPr>
        <w:spacing w:after="0"/>
        <w:ind w:left="426" w:firstLine="0"/>
        <w:jc w:val="both"/>
        <w:rPr>
          <w:rFonts w:ascii="Times New Roman" w:hAnsi="Times New Roman" w:cs="Times New Roman"/>
          <w:sz w:val="26"/>
          <w:szCs w:val="26"/>
        </w:rPr>
      </w:pPr>
      <w:r w:rsidRPr="008C2EB6">
        <w:rPr>
          <w:rFonts w:ascii="Times New Roman" w:hAnsi="Times New Roman" w:cs="Times New Roman"/>
          <w:sz w:val="26"/>
          <w:szCs w:val="26"/>
        </w:rPr>
        <w:t xml:space="preserve">Д-р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Венцислав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ДИМОВ 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>– лекар-анестезиолог</w:t>
      </w:r>
      <w:r w:rsidR="00BF1260" w:rsidRPr="008C2EB6">
        <w:rPr>
          <w:rFonts w:ascii="Times New Roman" w:hAnsi="Times New Roman" w:cs="Times New Roman"/>
          <w:sz w:val="26"/>
          <w:szCs w:val="26"/>
          <w:lang w:val="bg-BG"/>
        </w:rPr>
        <w:t>;</w:t>
      </w:r>
    </w:p>
    <w:p w14:paraId="348B76E4" w14:textId="583D83B9" w:rsidR="00D63425" w:rsidRPr="008C2EB6" w:rsidRDefault="00D63425" w:rsidP="008C2EB6">
      <w:pPr>
        <w:pStyle w:val="ListParagraph"/>
        <w:numPr>
          <w:ilvl w:val="0"/>
          <w:numId w:val="10"/>
        </w:numPr>
        <w:spacing w:after="0"/>
        <w:ind w:left="426" w:firstLine="0"/>
        <w:jc w:val="both"/>
        <w:rPr>
          <w:rFonts w:ascii="Times New Roman" w:hAnsi="Times New Roman" w:cs="Times New Roman"/>
          <w:sz w:val="26"/>
          <w:szCs w:val="26"/>
        </w:rPr>
      </w:pPr>
      <w:r w:rsidRPr="008C2EB6">
        <w:rPr>
          <w:rFonts w:ascii="Times New Roman" w:hAnsi="Times New Roman" w:cs="Times New Roman"/>
          <w:sz w:val="26"/>
          <w:szCs w:val="26"/>
        </w:rPr>
        <w:t xml:space="preserve">Д-р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Тома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ТОМОВ 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>– лекар-</w:t>
      </w:r>
      <w:proofErr w:type="spellStart"/>
      <w:r w:rsidRPr="008C2EB6">
        <w:rPr>
          <w:rFonts w:ascii="Times New Roman" w:hAnsi="Times New Roman" w:cs="Times New Roman"/>
          <w:sz w:val="26"/>
          <w:szCs w:val="26"/>
          <w:lang w:val="bg-BG"/>
        </w:rPr>
        <w:t>инфекционист</w:t>
      </w:r>
      <w:proofErr w:type="spellEnd"/>
      <w:r w:rsidRPr="008C2EB6">
        <w:rPr>
          <w:rFonts w:ascii="Times New Roman" w:hAnsi="Times New Roman" w:cs="Times New Roman"/>
          <w:sz w:val="26"/>
          <w:szCs w:val="26"/>
          <w:lang w:val="bg-BG"/>
        </w:rPr>
        <w:t>, с втора специалност Клинична лаборатория</w:t>
      </w:r>
    </w:p>
    <w:p w14:paraId="655CCB96" w14:textId="4AF3361C" w:rsidR="00D63425" w:rsidRPr="008C2EB6" w:rsidRDefault="00D63425" w:rsidP="008C2EB6">
      <w:pPr>
        <w:pStyle w:val="ListParagraph"/>
        <w:numPr>
          <w:ilvl w:val="0"/>
          <w:numId w:val="10"/>
        </w:numPr>
        <w:spacing w:after="0"/>
        <w:ind w:left="426" w:firstLine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Димитър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ПОМАКОВ – 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>икономист</w:t>
      </w:r>
    </w:p>
    <w:p w14:paraId="33FB33A0" w14:textId="6F6FAB35" w:rsidR="00D63425" w:rsidRPr="008C2EB6" w:rsidRDefault="00D63425" w:rsidP="008C2EB6">
      <w:pPr>
        <w:pStyle w:val="ListParagraph"/>
        <w:numPr>
          <w:ilvl w:val="0"/>
          <w:numId w:val="10"/>
        </w:numPr>
        <w:spacing w:after="0"/>
        <w:ind w:left="426" w:firstLine="0"/>
        <w:jc w:val="both"/>
        <w:rPr>
          <w:rFonts w:ascii="Times New Roman" w:hAnsi="Times New Roman" w:cs="Times New Roman"/>
          <w:sz w:val="26"/>
          <w:szCs w:val="26"/>
        </w:rPr>
      </w:pPr>
      <w:r w:rsidRPr="008C2EB6">
        <w:rPr>
          <w:rFonts w:ascii="Times New Roman" w:hAnsi="Times New Roman" w:cs="Times New Roman"/>
          <w:sz w:val="26"/>
          <w:szCs w:val="26"/>
        </w:rPr>
        <w:t xml:space="preserve">Д-р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Благомир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ЗДРАВКОВ – 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>лекар-анестезиолог, с втора специалност авиационна медицина</w:t>
      </w:r>
    </w:p>
    <w:p w14:paraId="46F85DD0" w14:textId="2A0804B2" w:rsidR="00D63425" w:rsidRPr="008C2EB6" w:rsidRDefault="00D63425" w:rsidP="008C2EB6">
      <w:pPr>
        <w:pStyle w:val="ListParagraph"/>
        <w:numPr>
          <w:ilvl w:val="0"/>
          <w:numId w:val="10"/>
        </w:numPr>
        <w:spacing w:after="0"/>
        <w:ind w:left="426" w:firstLine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Донка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ЖЕЛЕВА – 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>юрист</w:t>
      </w:r>
      <w:r w:rsidR="002D7A2B" w:rsidRPr="008C2EB6">
        <w:rPr>
          <w:rFonts w:ascii="Times New Roman" w:hAnsi="Times New Roman" w:cs="Times New Roman"/>
          <w:sz w:val="26"/>
          <w:szCs w:val="26"/>
          <w:lang w:val="bg-BG"/>
        </w:rPr>
        <w:t>.</w:t>
      </w:r>
    </w:p>
    <w:p w14:paraId="4133C27D" w14:textId="77777777" w:rsidR="00D63425" w:rsidRPr="008C2EB6" w:rsidRDefault="00D63425" w:rsidP="008C2EB6">
      <w:pPr>
        <w:spacing w:after="0"/>
        <w:jc w:val="both"/>
        <w:rPr>
          <w:rFonts w:ascii="Times New Roman" w:hAnsi="Times New Roman" w:cs="Times New Roman"/>
          <w:sz w:val="26"/>
          <w:szCs w:val="26"/>
          <w:lang w:val="bg-BG"/>
        </w:rPr>
      </w:pPr>
    </w:p>
    <w:p w14:paraId="79B90BA6" w14:textId="2DC0DD9F" w:rsidR="00D63425" w:rsidRPr="008C2EB6" w:rsidRDefault="00D63425" w:rsidP="008C2EB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В изпълнение на решението на Общински съвет Бургас, </w:t>
      </w:r>
      <w:r w:rsidR="007A4319" w:rsidRPr="008C2EB6">
        <w:rPr>
          <w:rFonts w:ascii="Times New Roman" w:hAnsi="Times New Roman" w:cs="Times New Roman"/>
          <w:sz w:val="26"/>
          <w:szCs w:val="26"/>
          <w:lang w:val="bg-BG"/>
        </w:rPr>
        <w:t>със Заповед №</w:t>
      </w:r>
      <w:r w:rsidR="007A4319" w:rsidRPr="008C2EB6">
        <w:rPr>
          <w:rFonts w:ascii="Times New Roman" w:hAnsi="Times New Roman" w:cs="Times New Roman"/>
          <w:sz w:val="26"/>
          <w:szCs w:val="26"/>
        </w:rPr>
        <w:t xml:space="preserve"> 460/19.02.2026 г. </w:t>
      </w:r>
      <w:r w:rsidR="007A4319" w:rsidRPr="008C2EB6">
        <w:rPr>
          <w:rFonts w:ascii="Times New Roman" w:hAnsi="Times New Roman" w:cs="Times New Roman"/>
          <w:sz w:val="26"/>
          <w:szCs w:val="26"/>
          <w:lang w:val="bg-BG"/>
        </w:rPr>
        <w:t>назнач</w:t>
      </w:r>
      <w:r w:rsidR="00504DF5">
        <w:rPr>
          <w:rFonts w:ascii="Times New Roman" w:hAnsi="Times New Roman" w:cs="Times New Roman"/>
          <w:sz w:val="26"/>
          <w:szCs w:val="26"/>
          <w:lang w:val="bg-BG"/>
        </w:rPr>
        <w:t>их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Комисия за </w:t>
      </w:r>
      <w:r w:rsidR="007A4319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организиране и провеждане на конкурса за 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избор на </w:t>
      </w:r>
      <w:r w:rsidR="007A4319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управител 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на лечебното заведение </w:t>
      </w:r>
      <w:r w:rsidR="00504DF5">
        <w:rPr>
          <w:rFonts w:ascii="Times New Roman" w:hAnsi="Times New Roman" w:cs="Times New Roman"/>
          <w:sz w:val="26"/>
          <w:szCs w:val="26"/>
        </w:rPr>
        <w:t>(</w:t>
      </w:r>
      <w:r w:rsidR="00504DF5">
        <w:rPr>
          <w:rFonts w:ascii="Times New Roman" w:hAnsi="Times New Roman" w:cs="Times New Roman"/>
          <w:sz w:val="26"/>
          <w:szCs w:val="26"/>
          <w:lang w:val="bg-BG"/>
        </w:rPr>
        <w:t>Комисията</w:t>
      </w:r>
      <w:r w:rsidR="00504DF5">
        <w:rPr>
          <w:rFonts w:ascii="Times New Roman" w:hAnsi="Times New Roman" w:cs="Times New Roman"/>
          <w:sz w:val="26"/>
          <w:szCs w:val="26"/>
        </w:rPr>
        <w:t>)</w:t>
      </w:r>
      <w:r w:rsidR="00504DF5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>в състав:</w:t>
      </w:r>
    </w:p>
    <w:p w14:paraId="4B00E221" w14:textId="02A7EB22" w:rsidR="00D63425" w:rsidRPr="008C2EB6" w:rsidRDefault="00D63425" w:rsidP="008C2EB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Председател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д-р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Лидия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Стефанова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общински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съветник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магистър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по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медицина</w:t>
      </w:r>
      <w:proofErr w:type="spellEnd"/>
      <w:r w:rsidRPr="008C2EB6">
        <w:rPr>
          <w:rFonts w:ascii="Times New Roman" w:hAnsi="Times New Roman" w:cs="Times New Roman"/>
          <w:sz w:val="26"/>
          <w:szCs w:val="26"/>
          <w:lang w:val="bg-BG"/>
        </w:rPr>
        <w:t>, с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екретар</w:t>
      </w:r>
      <w:proofErr w:type="spellEnd"/>
      <w:r w:rsidRPr="008C2EB6">
        <w:rPr>
          <w:rFonts w:ascii="Times New Roman" w:hAnsi="Times New Roman" w:cs="Times New Roman"/>
          <w:b/>
          <w:bCs/>
          <w:sz w:val="26"/>
          <w:szCs w:val="26"/>
          <w:lang w:val="bg-BG"/>
        </w:rPr>
        <w:t xml:space="preserve"> -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Златина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Георгиева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–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Директор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дирекция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„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Правно-нормативно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обслужване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“ в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Община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Бургас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–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правоспособен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юрист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и членове - д</w:t>
      </w:r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-р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Георги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Паздеров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–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директор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РЗИ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Бургас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магистър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по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медицина</w:t>
      </w:r>
      <w:proofErr w:type="spellEnd"/>
      <w:r w:rsidRPr="008C2EB6">
        <w:rPr>
          <w:rFonts w:ascii="Times New Roman" w:hAnsi="Times New Roman" w:cs="Times New Roman"/>
          <w:sz w:val="26"/>
          <w:szCs w:val="26"/>
          <w:lang w:val="bg-BG"/>
        </w:rPr>
        <w:t>, д</w:t>
      </w:r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-р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Жени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Стоичкова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–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председател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Районна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колегия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Бургас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на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БЛС,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магистър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по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eastAsia="bg-BG"/>
        </w:rPr>
        <w:t>медицина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и проф. д-р Цветомир Луканов – началник на Клиника по детска </w:t>
      </w:r>
      <w:proofErr w:type="spellStart"/>
      <w:r w:rsidRPr="008C2EB6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кардиохирурги</w:t>
      </w:r>
      <w:proofErr w:type="spellEnd"/>
      <w:r w:rsidRPr="008C2EB6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, Университетска болница Хайделберг, Германия</w:t>
      </w:r>
      <w:r w:rsidR="002D7A2B" w:rsidRPr="008C2EB6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, магистър по медицина.</w:t>
      </w:r>
    </w:p>
    <w:p w14:paraId="7BEFEB5E" w14:textId="64562AD8" w:rsidR="00D63425" w:rsidRPr="008C2EB6" w:rsidRDefault="00504DF5" w:rsidP="008C2EB6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>Комисията е провела първото си заседание н</w:t>
      </w:r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а 25.02.2026 г. в </w:t>
      </w:r>
      <w:r w:rsidR="00D63425" w:rsidRPr="008C2EB6">
        <w:rPr>
          <w:rFonts w:ascii="Times New Roman" w:hAnsi="Times New Roman" w:cs="Times New Roman"/>
          <w:sz w:val="26"/>
          <w:szCs w:val="26"/>
        </w:rPr>
        <w:t xml:space="preserve">14.00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часа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, в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залата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МБАЛДБ </w:t>
      </w:r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>„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Св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Анастасия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>“</w:t>
      </w:r>
      <w:r w:rsidR="007A4319" w:rsidRPr="008C2EB6">
        <w:rPr>
          <w:rFonts w:ascii="Times New Roman" w:hAnsi="Times New Roman" w:cs="Times New Roman"/>
          <w:sz w:val="26"/>
          <w:szCs w:val="26"/>
          <w:lang w:val="bg-BG"/>
        </w:rPr>
        <w:t>, на което</w:t>
      </w:r>
      <w:r>
        <w:rPr>
          <w:rFonts w:ascii="Times New Roman" w:hAnsi="Times New Roman" w:cs="Times New Roman"/>
          <w:sz w:val="26"/>
          <w:szCs w:val="26"/>
          <w:lang w:val="bg-BG"/>
        </w:rPr>
        <w:t xml:space="preserve"> е</w:t>
      </w:r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разгледа</w:t>
      </w:r>
      <w:proofErr w:type="spellEnd"/>
      <w:r>
        <w:rPr>
          <w:rFonts w:ascii="Times New Roman" w:hAnsi="Times New Roman" w:cs="Times New Roman"/>
          <w:sz w:val="26"/>
          <w:szCs w:val="26"/>
          <w:lang w:val="bg-BG"/>
        </w:rPr>
        <w:t>ла</w:t>
      </w:r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документите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административно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съотвествие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поспъпилите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кандидати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управител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Многопрофилна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болница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активно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лечение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детски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болести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„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Св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Анастасия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>“ ЕООД</w:t>
      </w:r>
      <w:r w:rsidR="007A4319" w:rsidRPr="008C2EB6">
        <w:rPr>
          <w:rFonts w:ascii="Times New Roman" w:hAnsi="Times New Roman" w:cs="Times New Roman"/>
          <w:sz w:val="26"/>
          <w:szCs w:val="26"/>
          <w:lang w:val="bg-BG"/>
        </w:rPr>
        <w:t>,</w:t>
      </w:r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съобразно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условията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поставени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Решение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по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т. 6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от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заседание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Общински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съвет</w:t>
      </w:r>
      <w:proofErr w:type="spellEnd"/>
      <w:r w:rsidR="002D7A2B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Бургас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проведено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25.11.2026 г. (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Протокол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№ 31),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Закона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публичните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предприятия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правилника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прилагането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му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Наредба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№9/26.06.2000 г.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условията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реда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провеждане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конкурси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възлагане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управлението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лечебните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заведения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по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Закона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лечебните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заведения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>.</w:t>
      </w:r>
    </w:p>
    <w:p w14:paraId="5E67DFBC" w14:textId="43195684" w:rsidR="007A4319" w:rsidRPr="008C2EB6" w:rsidRDefault="007A4319" w:rsidP="008C2EB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lastRenderedPageBreak/>
        <w:t xml:space="preserve">На </w:t>
      </w:r>
      <w:r w:rsidR="002D7A2B" w:rsidRPr="008C2EB6">
        <w:rPr>
          <w:rFonts w:ascii="Times New Roman" w:hAnsi="Times New Roman" w:cs="Times New Roman"/>
          <w:sz w:val="26"/>
          <w:szCs w:val="26"/>
          <w:lang w:val="bg-BG"/>
        </w:rPr>
        <w:t>заседанието на К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омисията </w:t>
      </w:r>
      <w:r w:rsidR="00504DF5">
        <w:rPr>
          <w:rFonts w:ascii="Times New Roman" w:hAnsi="Times New Roman" w:cs="Times New Roman"/>
          <w:sz w:val="26"/>
          <w:szCs w:val="26"/>
          <w:lang w:val="bg-BG"/>
        </w:rPr>
        <w:t xml:space="preserve">са присъствали 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>всички кандидати, подали заявления, а именно</w:t>
      </w:r>
      <w:r w:rsidR="002D7A2B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- 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д-р Венцислав Димов; д-р Тома Томов, Димитър Помаков, </w:t>
      </w:r>
      <w:r w:rsidR="002B5E51">
        <w:rPr>
          <w:rFonts w:ascii="Times New Roman" w:hAnsi="Times New Roman" w:cs="Times New Roman"/>
          <w:sz w:val="26"/>
          <w:szCs w:val="26"/>
          <w:lang w:val="bg-BG"/>
        </w:rPr>
        <w:t xml:space="preserve"> д-р Благомир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Здравков</w:t>
      </w:r>
      <w:r w:rsidR="002D7A2B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и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Донка Желева.</w:t>
      </w:r>
    </w:p>
    <w:p w14:paraId="3E257E1E" w14:textId="512A9B3A" w:rsidR="00D63425" w:rsidRPr="008C2EB6" w:rsidRDefault="007A4319" w:rsidP="00504DF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В присъствието на всички </w:t>
      </w:r>
      <w:r w:rsidR="002D7A2B" w:rsidRPr="008C2EB6">
        <w:rPr>
          <w:rFonts w:ascii="Times New Roman" w:hAnsi="Times New Roman" w:cs="Times New Roman"/>
          <w:sz w:val="26"/>
          <w:szCs w:val="26"/>
          <w:lang w:val="bg-BG"/>
        </w:rPr>
        <w:t>кандидати К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омисията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r w:rsidR="00504DF5">
        <w:rPr>
          <w:rFonts w:ascii="Times New Roman" w:hAnsi="Times New Roman" w:cs="Times New Roman"/>
          <w:sz w:val="26"/>
          <w:szCs w:val="26"/>
          <w:lang w:val="bg-BG"/>
        </w:rPr>
        <w:t>е отворила</w:t>
      </w:r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>подадените заявления</w:t>
      </w:r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по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реда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тяхното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по</w:t>
      </w:r>
      <w:proofErr w:type="spellEnd"/>
      <w:r w:rsidR="00504DF5">
        <w:rPr>
          <w:rFonts w:ascii="Times New Roman" w:hAnsi="Times New Roman" w:cs="Times New Roman"/>
          <w:sz w:val="26"/>
          <w:szCs w:val="26"/>
          <w:lang w:val="bg-BG"/>
        </w:rPr>
        <w:t>стъпване</w:t>
      </w:r>
      <w:r w:rsidR="00D63425" w:rsidRPr="008C2EB6">
        <w:rPr>
          <w:rFonts w:ascii="Times New Roman" w:hAnsi="Times New Roman" w:cs="Times New Roman"/>
          <w:sz w:val="26"/>
          <w:szCs w:val="26"/>
        </w:rPr>
        <w:t>:</w:t>
      </w:r>
    </w:p>
    <w:p w14:paraId="10DBECB0" w14:textId="6376FAC1" w:rsidR="007A4319" w:rsidRPr="008C2EB6" w:rsidRDefault="007A4319" w:rsidP="008C2EB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>1.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ab/>
        <w:t xml:space="preserve">На д-р Венцислав Димов, </w:t>
      </w:r>
      <w:r w:rsidR="00504DF5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</w:p>
    <w:p w14:paraId="6013E704" w14:textId="667EA477" w:rsidR="007A4319" w:rsidRPr="008C2EB6" w:rsidRDefault="007A4319" w:rsidP="008C2EB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>2.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ab/>
        <w:t xml:space="preserve">На д-р Тома Томов, </w:t>
      </w:r>
      <w:r w:rsidR="00504DF5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</w:p>
    <w:p w14:paraId="76925E70" w14:textId="237847B8" w:rsidR="007A4319" w:rsidRPr="008C2EB6" w:rsidRDefault="007A4319" w:rsidP="008C2EB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>3.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ab/>
        <w:t>На Димитър Помаков</w:t>
      </w:r>
      <w:r w:rsidR="00504DF5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</w:p>
    <w:p w14:paraId="683DF4A8" w14:textId="58641331" w:rsidR="007A4319" w:rsidRPr="008C2EB6" w:rsidRDefault="007A4319" w:rsidP="008C2EB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>4.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ab/>
        <w:t xml:space="preserve">На д-р Благомир Здравков, </w:t>
      </w:r>
      <w:r w:rsidR="00504DF5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</w:p>
    <w:p w14:paraId="1285B8C8" w14:textId="1241253B" w:rsidR="00504DF5" w:rsidRDefault="00504DF5" w:rsidP="008C2EB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>5.</w:t>
      </w:r>
      <w:r>
        <w:rPr>
          <w:rFonts w:ascii="Times New Roman" w:hAnsi="Times New Roman" w:cs="Times New Roman"/>
          <w:sz w:val="26"/>
          <w:szCs w:val="26"/>
          <w:lang w:val="bg-BG"/>
        </w:rPr>
        <w:tab/>
        <w:t>На Донка Желева.</w:t>
      </w:r>
    </w:p>
    <w:p w14:paraId="76B9F394" w14:textId="77777777" w:rsidR="00504DF5" w:rsidRDefault="00504DF5" w:rsidP="008C2EB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 xml:space="preserve">Всички кандидати са </w:t>
      </w:r>
      <w:r w:rsidR="007A4319" w:rsidRPr="008C2EB6">
        <w:rPr>
          <w:rFonts w:ascii="Times New Roman" w:hAnsi="Times New Roman" w:cs="Times New Roman"/>
          <w:sz w:val="26"/>
          <w:szCs w:val="26"/>
          <w:lang w:val="bg-BG"/>
        </w:rPr>
        <w:t>потвърди</w:t>
      </w:r>
      <w:r>
        <w:rPr>
          <w:rFonts w:ascii="Times New Roman" w:hAnsi="Times New Roman" w:cs="Times New Roman"/>
          <w:sz w:val="26"/>
          <w:szCs w:val="26"/>
          <w:lang w:val="bg-BG"/>
        </w:rPr>
        <w:t>ли, че няма липсващи документи и тези, които са в пликовете документи са техни.</w:t>
      </w:r>
    </w:p>
    <w:p w14:paraId="6AAFEBFE" w14:textId="0A993646" w:rsidR="00D63425" w:rsidRPr="008C2EB6" w:rsidRDefault="00504DF5" w:rsidP="00504DF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След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отваряне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документите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>на участниците</w:t>
      </w:r>
      <w:r w:rsidR="007A4319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,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Комисията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bg-BG"/>
        </w:rPr>
        <w:t>е р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азгле</w:t>
      </w:r>
      <w:proofErr w:type="spellEnd"/>
      <w:r>
        <w:rPr>
          <w:rFonts w:ascii="Times New Roman" w:hAnsi="Times New Roman" w:cs="Times New Roman"/>
          <w:sz w:val="26"/>
          <w:szCs w:val="26"/>
          <w:lang w:val="bg-BG"/>
        </w:rPr>
        <w:t xml:space="preserve">дала подробно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съответствието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представените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документи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с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определените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от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Общински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съвет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Бургас</w:t>
      </w:r>
      <w:proofErr w:type="spellEnd"/>
      <w:r w:rsidR="00CC5E23" w:rsidRPr="008C2EB6">
        <w:rPr>
          <w:rFonts w:ascii="Times New Roman" w:hAnsi="Times New Roman" w:cs="Times New Roman"/>
          <w:sz w:val="26"/>
          <w:szCs w:val="26"/>
          <w:lang w:val="bg-BG"/>
        </w:rPr>
        <w:t>,</w:t>
      </w:r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изисквания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конкурса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управител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Многопрофилната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болница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активно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лечение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детски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болести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„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Света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Анастасия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>“ ЕООД.</w:t>
      </w:r>
    </w:p>
    <w:p w14:paraId="79FD5FBD" w14:textId="7B322EDE" w:rsidR="00D63425" w:rsidRPr="008C2EB6" w:rsidRDefault="00D63425" w:rsidP="008C2EB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Комисията </w:t>
      </w:r>
      <w:r w:rsidR="00504DF5">
        <w:rPr>
          <w:rFonts w:ascii="Times New Roman" w:hAnsi="Times New Roman" w:cs="Times New Roman"/>
          <w:sz w:val="26"/>
          <w:szCs w:val="26"/>
        </w:rPr>
        <w:t xml:space="preserve">e 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>установи</w:t>
      </w:r>
      <w:r w:rsidR="00504DF5">
        <w:rPr>
          <w:rFonts w:ascii="Times New Roman" w:hAnsi="Times New Roman" w:cs="Times New Roman"/>
          <w:sz w:val="26"/>
          <w:szCs w:val="26"/>
          <w:lang w:val="bg-BG"/>
        </w:rPr>
        <w:t>ла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>, че четирима от кандидатите са представили всички изискуеми документи, с които удостоверяват, че отговарят на поставените изисквания за образователен ценз, професионална квалификация и опит.</w:t>
      </w:r>
    </w:p>
    <w:p w14:paraId="084EC828" w14:textId="683E0785" w:rsidR="00D63425" w:rsidRPr="008C2EB6" w:rsidRDefault="00D63425" w:rsidP="008C2EB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кандидата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Донка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Желева</w:t>
      </w:r>
      <w:proofErr w:type="spellEnd"/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е установ</w:t>
      </w:r>
      <w:r w:rsidR="00504DF5">
        <w:rPr>
          <w:rFonts w:ascii="Times New Roman" w:hAnsi="Times New Roman" w:cs="Times New Roman"/>
          <w:sz w:val="26"/>
          <w:szCs w:val="26"/>
          <w:lang w:val="bg-BG"/>
        </w:rPr>
        <w:t>ено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, че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не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е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изпълнено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r w:rsidR="00504DF5">
        <w:rPr>
          <w:rFonts w:ascii="Times New Roman" w:hAnsi="Times New Roman" w:cs="Times New Roman"/>
          <w:sz w:val="26"/>
          <w:szCs w:val="26"/>
          <w:lang w:val="bg-BG"/>
        </w:rPr>
        <w:t>изискването</w:t>
      </w:r>
      <w:r w:rsidRPr="008C2EB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1138E6" w:rsidRPr="00504DF5">
        <w:rPr>
          <w:rFonts w:ascii="Times New Roman" w:hAnsi="Times New Roman" w:cs="Times New Roman"/>
          <w:bCs/>
          <w:sz w:val="26"/>
          <w:szCs w:val="26"/>
          <w:lang w:val="bg-BG"/>
        </w:rPr>
        <w:t>на чл. 4, ал.</w:t>
      </w:r>
      <w:r w:rsidR="002D7A2B" w:rsidRPr="00504DF5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</w:t>
      </w:r>
      <w:r w:rsidR="001138E6" w:rsidRPr="00504DF5">
        <w:rPr>
          <w:rFonts w:ascii="Times New Roman" w:hAnsi="Times New Roman" w:cs="Times New Roman"/>
          <w:bCs/>
          <w:sz w:val="26"/>
          <w:szCs w:val="26"/>
          <w:lang w:val="bg-BG"/>
        </w:rPr>
        <w:t>1, т.</w:t>
      </w:r>
      <w:r w:rsidR="002D7A2B" w:rsidRPr="00504DF5">
        <w:rPr>
          <w:rFonts w:ascii="Times New Roman" w:hAnsi="Times New Roman" w:cs="Times New Roman"/>
          <w:bCs/>
          <w:sz w:val="26"/>
          <w:szCs w:val="26"/>
          <w:lang w:val="bg-BG"/>
        </w:rPr>
        <w:t xml:space="preserve"> </w:t>
      </w:r>
      <w:r w:rsidR="001138E6" w:rsidRPr="00504DF5">
        <w:rPr>
          <w:rFonts w:ascii="Times New Roman" w:hAnsi="Times New Roman" w:cs="Times New Roman"/>
          <w:bCs/>
          <w:sz w:val="26"/>
          <w:szCs w:val="26"/>
          <w:lang w:val="bg-BG"/>
        </w:rPr>
        <w:t>1 от</w:t>
      </w:r>
      <w:r w:rsidR="001138E6" w:rsidRPr="008C2EB6">
        <w:rPr>
          <w:rFonts w:ascii="Times New Roman" w:hAnsi="Times New Roman" w:cs="Times New Roman"/>
          <w:b/>
          <w:bCs/>
          <w:sz w:val="26"/>
          <w:szCs w:val="26"/>
          <w:lang w:val="bg-BG"/>
        </w:rPr>
        <w:t xml:space="preserve"> </w:t>
      </w:r>
      <w:proofErr w:type="spellStart"/>
      <w:r w:rsidR="001138E6" w:rsidRPr="008C2EB6">
        <w:rPr>
          <w:rFonts w:ascii="Times New Roman" w:hAnsi="Times New Roman" w:cs="Times New Roman"/>
          <w:sz w:val="26"/>
          <w:szCs w:val="26"/>
        </w:rPr>
        <w:t>Наредба</w:t>
      </w:r>
      <w:proofErr w:type="spellEnd"/>
      <w:r w:rsidR="001138E6" w:rsidRPr="008C2EB6">
        <w:rPr>
          <w:rFonts w:ascii="Times New Roman" w:hAnsi="Times New Roman" w:cs="Times New Roman"/>
          <w:sz w:val="26"/>
          <w:szCs w:val="26"/>
        </w:rPr>
        <w:t xml:space="preserve"> №9/26.06.2000 г. </w:t>
      </w:r>
      <w:proofErr w:type="spellStart"/>
      <w:r w:rsidR="001138E6"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1138E6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138E6" w:rsidRPr="008C2EB6">
        <w:rPr>
          <w:rFonts w:ascii="Times New Roman" w:hAnsi="Times New Roman" w:cs="Times New Roman"/>
          <w:sz w:val="26"/>
          <w:szCs w:val="26"/>
        </w:rPr>
        <w:t>условията</w:t>
      </w:r>
      <w:proofErr w:type="spellEnd"/>
      <w:r w:rsidR="001138E6" w:rsidRPr="008C2EB6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1138E6" w:rsidRPr="008C2EB6">
        <w:rPr>
          <w:rFonts w:ascii="Times New Roman" w:hAnsi="Times New Roman" w:cs="Times New Roman"/>
          <w:sz w:val="26"/>
          <w:szCs w:val="26"/>
        </w:rPr>
        <w:t>реда</w:t>
      </w:r>
      <w:proofErr w:type="spellEnd"/>
      <w:r w:rsidR="001138E6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138E6"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1138E6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138E6" w:rsidRPr="008C2EB6">
        <w:rPr>
          <w:rFonts w:ascii="Times New Roman" w:hAnsi="Times New Roman" w:cs="Times New Roman"/>
          <w:sz w:val="26"/>
          <w:szCs w:val="26"/>
        </w:rPr>
        <w:t>провеждане</w:t>
      </w:r>
      <w:proofErr w:type="spellEnd"/>
      <w:r w:rsidR="001138E6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138E6"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1138E6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138E6" w:rsidRPr="008C2EB6">
        <w:rPr>
          <w:rFonts w:ascii="Times New Roman" w:hAnsi="Times New Roman" w:cs="Times New Roman"/>
          <w:sz w:val="26"/>
          <w:szCs w:val="26"/>
        </w:rPr>
        <w:t>конкурси</w:t>
      </w:r>
      <w:proofErr w:type="spellEnd"/>
      <w:r w:rsidR="001138E6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138E6"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1138E6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138E6" w:rsidRPr="008C2EB6">
        <w:rPr>
          <w:rFonts w:ascii="Times New Roman" w:hAnsi="Times New Roman" w:cs="Times New Roman"/>
          <w:sz w:val="26"/>
          <w:szCs w:val="26"/>
        </w:rPr>
        <w:t>възлагане</w:t>
      </w:r>
      <w:proofErr w:type="spellEnd"/>
      <w:r w:rsidR="001138E6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138E6"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1138E6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138E6" w:rsidRPr="008C2EB6">
        <w:rPr>
          <w:rFonts w:ascii="Times New Roman" w:hAnsi="Times New Roman" w:cs="Times New Roman"/>
          <w:sz w:val="26"/>
          <w:szCs w:val="26"/>
        </w:rPr>
        <w:t>управлението</w:t>
      </w:r>
      <w:proofErr w:type="spellEnd"/>
      <w:r w:rsidR="001138E6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138E6"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1138E6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138E6" w:rsidRPr="008C2EB6">
        <w:rPr>
          <w:rFonts w:ascii="Times New Roman" w:hAnsi="Times New Roman" w:cs="Times New Roman"/>
          <w:sz w:val="26"/>
          <w:szCs w:val="26"/>
        </w:rPr>
        <w:t>лечебните</w:t>
      </w:r>
      <w:proofErr w:type="spellEnd"/>
      <w:r w:rsidR="001138E6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138E6" w:rsidRPr="008C2EB6">
        <w:rPr>
          <w:rFonts w:ascii="Times New Roman" w:hAnsi="Times New Roman" w:cs="Times New Roman"/>
          <w:sz w:val="26"/>
          <w:szCs w:val="26"/>
        </w:rPr>
        <w:t>заведения</w:t>
      </w:r>
      <w:proofErr w:type="spellEnd"/>
      <w:r w:rsidR="001138E6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138E6" w:rsidRPr="008C2EB6">
        <w:rPr>
          <w:rFonts w:ascii="Times New Roman" w:hAnsi="Times New Roman" w:cs="Times New Roman"/>
          <w:sz w:val="26"/>
          <w:szCs w:val="26"/>
        </w:rPr>
        <w:t>по</w:t>
      </w:r>
      <w:proofErr w:type="spellEnd"/>
      <w:r w:rsidR="001138E6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138E6" w:rsidRPr="008C2EB6">
        <w:rPr>
          <w:rFonts w:ascii="Times New Roman" w:hAnsi="Times New Roman" w:cs="Times New Roman"/>
          <w:sz w:val="26"/>
          <w:szCs w:val="26"/>
        </w:rPr>
        <w:t>Закона</w:t>
      </w:r>
      <w:proofErr w:type="spellEnd"/>
      <w:r w:rsidR="001138E6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138E6"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1138E6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138E6" w:rsidRPr="008C2EB6">
        <w:rPr>
          <w:rFonts w:ascii="Times New Roman" w:hAnsi="Times New Roman" w:cs="Times New Roman"/>
          <w:sz w:val="26"/>
          <w:szCs w:val="26"/>
        </w:rPr>
        <w:t>лечебните</w:t>
      </w:r>
      <w:proofErr w:type="spellEnd"/>
      <w:r w:rsidR="001138E6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138E6" w:rsidRPr="008C2EB6">
        <w:rPr>
          <w:rFonts w:ascii="Times New Roman" w:hAnsi="Times New Roman" w:cs="Times New Roman"/>
          <w:sz w:val="26"/>
          <w:szCs w:val="26"/>
        </w:rPr>
        <w:t>заведения</w:t>
      </w:r>
      <w:proofErr w:type="spellEnd"/>
      <w:r w:rsidR="001138E6" w:rsidRPr="008C2EB6">
        <w:rPr>
          <w:rFonts w:ascii="Times New Roman" w:hAnsi="Times New Roman" w:cs="Times New Roman"/>
          <w:sz w:val="26"/>
          <w:szCs w:val="26"/>
          <w:lang w:val="bg-BG"/>
        </w:rPr>
        <w:t>, според ко</w:t>
      </w:r>
      <w:r w:rsidR="00504DF5">
        <w:rPr>
          <w:rFonts w:ascii="Times New Roman" w:hAnsi="Times New Roman" w:cs="Times New Roman"/>
          <w:sz w:val="26"/>
          <w:szCs w:val="26"/>
          <w:lang w:val="bg-BG"/>
        </w:rPr>
        <w:t>е</w:t>
      </w:r>
      <w:r w:rsidR="001138E6" w:rsidRPr="008C2EB6">
        <w:rPr>
          <w:rFonts w:ascii="Times New Roman" w:hAnsi="Times New Roman" w:cs="Times New Roman"/>
          <w:sz w:val="26"/>
          <w:szCs w:val="26"/>
          <w:lang w:val="bg-BG"/>
        </w:rPr>
        <w:t>то до участие в конкурса за възлагане на управлението на държавни и общински лечебни заведения за болнична помощ и диагностично-консултативни центрове – еднолични търговски дружества се допускат лица, които отговарят на следните изисквания:</w:t>
      </w:r>
      <w:r w:rsidR="001138E6" w:rsidRPr="008C2EB6">
        <w:rPr>
          <w:rFonts w:ascii="Times New Roman" w:hAnsi="Times New Roman" w:cs="Times New Roman"/>
          <w:b/>
          <w:bCs/>
          <w:sz w:val="26"/>
          <w:szCs w:val="26"/>
          <w:lang w:val="bg-BG"/>
        </w:rPr>
        <w:t xml:space="preserve"> „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кандидатът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притежава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„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образователно-квалификационна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степен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магистър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"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по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медицина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както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придобита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специалност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, и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квалификация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по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здравен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мениджмънт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или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образователно-квалификационна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степен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магистър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"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по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икономика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управление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придобита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образователна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и/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или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научна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степен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специалност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или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преминато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обучение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повишаване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квалификацията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по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чл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. 43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от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Закона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висшето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образование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 в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областта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здравния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мениджмънт</w:t>
      </w:r>
      <w:proofErr w:type="spellEnd"/>
      <w:proofErr w:type="gramStart"/>
      <w:r w:rsidRPr="008C2EB6">
        <w:rPr>
          <w:rFonts w:ascii="Times New Roman" w:hAnsi="Times New Roman" w:cs="Times New Roman"/>
          <w:sz w:val="26"/>
          <w:szCs w:val="26"/>
        </w:rPr>
        <w:t>.“</w:t>
      </w:r>
      <w:proofErr w:type="gramEnd"/>
    </w:p>
    <w:p w14:paraId="2B826ABA" w14:textId="676B2E60" w:rsidR="00D63425" w:rsidRPr="008C2EB6" w:rsidRDefault="001138E6" w:rsidP="008C2EB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>Въз основа</w:t>
      </w:r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на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представените документи</w:t>
      </w:r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, </w:t>
      </w:r>
      <w:r w:rsidR="002D7A2B" w:rsidRPr="008C2EB6">
        <w:rPr>
          <w:rFonts w:ascii="Times New Roman" w:hAnsi="Times New Roman" w:cs="Times New Roman"/>
          <w:sz w:val="26"/>
          <w:szCs w:val="26"/>
          <w:lang w:val="bg-BG"/>
        </w:rPr>
        <w:t>К</w:t>
      </w:r>
      <w:r w:rsidR="0095029D" w:rsidRPr="008C2EB6">
        <w:rPr>
          <w:rFonts w:ascii="Times New Roman" w:hAnsi="Times New Roman" w:cs="Times New Roman"/>
          <w:sz w:val="26"/>
          <w:szCs w:val="26"/>
          <w:lang w:val="bg-BG"/>
        </w:rPr>
        <w:t>омисията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="002D7A2B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е </w:t>
      </w:r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>допусн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>а</w:t>
      </w:r>
      <w:r w:rsidR="002D7A2B" w:rsidRPr="008C2EB6">
        <w:rPr>
          <w:rFonts w:ascii="Times New Roman" w:hAnsi="Times New Roman" w:cs="Times New Roman"/>
          <w:sz w:val="26"/>
          <w:szCs w:val="26"/>
          <w:lang w:val="bg-BG"/>
        </w:rPr>
        <w:t>л</w:t>
      </w:r>
      <w:r w:rsidR="00504DF5">
        <w:rPr>
          <w:rFonts w:ascii="Times New Roman" w:hAnsi="Times New Roman" w:cs="Times New Roman"/>
          <w:sz w:val="26"/>
          <w:szCs w:val="26"/>
          <w:lang w:val="bg-BG"/>
        </w:rPr>
        <w:t>а</w:t>
      </w:r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до участие в конкурса за възлагане на управлението </w:t>
      </w:r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>следните кандидати</w:t>
      </w:r>
      <w:r w:rsidR="002D7A2B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-</w:t>
      </w:r>
      <w:r w:rsidR="0095029D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>Д</w:t>
      </w:r>
      <w:r w:rsidR="00D63425" w:rsidRPr="008C2EB6">
        <w:rPr>
          <w:rFonts w:ascii="Times New Roman" w:hAnsi="Times New Roman" w:cs="Times New Roman"/>
          <w:sz w:val="26"/>
          <w:szCs w:val="26"/>
        </w:rPr>
        <w:t xml:space="preserve">-р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Венцислав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Димов</w:t>
      </w:r>
      <w:proofErr w:type="spellEnd"/>
      <w:r w:rsidR="0095029D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; </w:t>
      </w:r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>Д</w:t>
      </w:r>
      <w:r w:rsidR="00D63425" w:rsidRPr="008C2EB6">
        <w:rPr>
          <w:rFonts w:ascii="Times New Roman" w:hAnsi="Times New Roman" w:cs="Times New Roman"/>
          <w:sz w:val="26"/>
          <w:szCs w:val="26"/>
        </w:rPr>
        <w:t xml:space="preserve">-р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Тома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Томов</w:t>
      </w:r>
      <w:proofErr w:type="spellEnd"/>
      <w:r w:rsidR="0095029D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;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Димитър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Помаков</w:t>
      </w:r>
      <w:proofErr w:type="spellEnd"/>
      <w:r w:rsidR="0095029D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; </w:t>
      </w:r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>Д</w:t>
      </w:r>
      <w:r w:rsidR="00D63425" w:rsidRPr="008C2EB6">
        <w:rPr>
          <w:rFonts w:ascii="Times New Roman" w:hAnsi="Times New Roman" w:cs="Times New Roman"/>
          <w:sz w:val="26"/>
          <w:szCs w:val="26"/>
        </w:rPr>
        <w:t xml:space="preserve">-р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Благомир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</w:rPr>
        <w:t>Здравков</w:t>
      </w:r>
      <w:proofErr w:type="spellEnd"/>
      <w:r w:rsidR="0095029D" w:rsidRPr="008C2EB6">
        <w:rPr>
          <w:rFonts w:ascii="Times New Roman" w:hAnsi="Times New Roman" w:cs="Times New Roman"/>
          <w:sz w:val="26"/>
          <w:szCs w:val="26"/>
          <w:lang w:val="bg-BG"/>
        </w:rPr>
        <w:t>.</w:t>
      </w:r>
    </w:p>
    <w:p w14:paraId="3DCF7B6A" w14:textId="3F8E983A" w:rsidR="006D3AA2" w:rsidRPr="008C2EB6" w:rsidRDefault="001138E6" w:rsidP="008C2EB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>От участие</w:t>
      </w:r>
      <w:r w:rsidR="0095029D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в конкурса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е отстранена </w:t>
      </w:r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>Донка Желева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>, предвид несъответствие на притежаваната от нея образователно-квалификационна степен с изискванията на Наредбата</w:t>
      </w:r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. </w:t>
      </w:r>
    </w:p>
    <w:p w14:paraId="2F7337A5" w14:textId="417D4580" w:rsidR="009C7AB4" w:rsidRPr="008C2EB6" w:rsidRDefault="009C7AB4" w:rsidP="008C2EB6">
      <w:pPr>
        <w:tabs>
          <w:tab w:val="left" w:pos="709"/>
          <w:tab w:val="left" w:pos="851"/>
          <w:tab w:val="left" w:pos="1134"/>
        </w:tabs>
        <w:spacing w:after="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lastRenderedPageBreak/>
        <w:tab/>
      </w:r>
      <w:r w:rsidR="00504DF5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В </w:t>
      </w:r>
      <w:proofErr w:type="spellStart"/>
      <w:r w:rsidR="00504DF5">
        <w:rPr>
          <w:rFonts w:ascii="Times New Roman" w:hAnsi="Times New Roman" w:cs="Times New Roman"/>
          <w:sz w:val="26"/>
          <w:szCs w:val="26"/>
        </w:rPr>
        <w:t>изпълнение</w:t>
      </w:r>
      <w:proofErr w:type="spellEnd"/>
      <w:r w:rsidR="00504DF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4DF5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504DF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4DF5">
        <w:rPr>
          <w:rFonts w:ascii="Times New Roman" w:hAnsi="Times New Roman" w:cs="Times New Roman"/>
          <w:sz w:val="26"/>
          <w:szCs w:val="26"/>
        </w:rPr>
        <w:t>изискванията</w:t>
      </w:r>
      <w:proofErr w:type="spellEnd"/>
      <w:r w:rsidR="00504DF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4DF5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504DF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4DF5" w:rsidRPr="008C2EB6">
        <w:rPr>
          <w:rFonts w:ascii="Times New Roman" w:hAnsi="Times New Roman" w:cs="Times New Roman"/>
          <w:sz w:val="26"/>
          <w:szCs w:val="26"/>
        </w:rPr>
        <w:t>Наредба</w:t>
      </w:r>
      <w:proofErr w:type="spellEnd"/>
      <w:r w:rsidR="00504DF5" w:rsidRPr="008C2EB6">
        <w:rPr>
          <w:rFonts w:ascii="Times New Roman" w:hAnsi="Times New Roman" w:cs="Times New Roman"/>
          <w:sz w:val="26"/>
          <w:szCs w:val="26"/>
        </w:rPr>
        <w:t xml:space="preserve"> №9/26.06.2000 г. </w:t>
      </w:r>
      <w:proofErr w:type="spellStart"/>
      <w:proofErr w:type="gramStart"/>
      <w:r w:rsidR="00504DF5"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proofErr w:type="gramEnd"/>
      <w:r w:rsidR="00504DF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4DF5" w:rsidRPr="008C2EB6">
        <w:rPr>
          <w:rFonts w:ascii="Times New Roman" w:hAnsi="Times New Roman" w:cs="Times New Roman"/>
          <w:sz w:val="26"/>
          <w:szCs w:val="26"/>
        </w:rPr>
        <w:t>условията</w:t>
      </w:r>
      <w:proofErr w:type="spellEnd"/>
      <w:r w:rsidR="00504DF5" w:rsidRPr="008C2EB6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504DF5" w:rsidRPr="008C2EB6">
        <w:rPr>
          <w:rFonts w:ascii="Times New Roman" w:hAnsi="Times New Roman" w:cs="Times New Roman"/>
          <w:sz w:val="26"/>
          <w:szCs w:val="26"/>
        </w:rPr>
        <w:t>реда</w:t>
      </w:r>
      <w:proofErr w:type="spellEnd"/>
      <w:r w:rsidR="00504DF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4DF5"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504DF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4DF5" w:rsidRPr="008C2EB6">
        <w:rPr>
          <w:rFonts w:ascii="Times New Roman" w:hAnsi="Times New Roman" w:cs="Times New Roman"/>
          <w:sz w:val="26"/>
          <w:szCs w:val="26"/>
        </w:rPr>
        <w:t>провеждане</w:t>
      </w:r>
      <w:proofErr w:type="spellEnd"/>
      <w:r w:rsidR="00504DF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4DF5"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504DF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4DF5" w:rsidRPr="008C2EB6">
        <w:rPr>
          <w:rFonts w:ascii="Times New Roman" w:hAnsi="Times New Roman" w:cs="Times New Roman"/>
          <w:sz w:val="26"/>
          <w:szCs w:val="26"/>
        </w:rPr>
        <w:t>конкурси</w:t>
      </w:r>
      <w:proofErr w:type="spellEnd"/>
      <w:r w:rsidR="00504DF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4DF5"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504DF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4DF5" w:rsidRPr="008C2EB6">
        <w:rPr>
          <w:rFonts w:ascii="Times New Roman" w:hAnsi="Times New Roman" w:cs="Times New Roman"/>
          <w:sz w:val="26"/>
          <w:szCs w:val="26"/>
        </w:rPr>
        <w:t>възлагане</w:t>
      </w:r>
      <w:proofErr w:type="spellEnd"/>
      <w:r w:rsidR="00504DF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4DF5"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504DF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4DF5" w:rsidRPr="008C2EB6">
        <w:rPr>
          <w:rFonts w:ascii="Times New Roman" w:hAnsi="Times New Roman" w:cs="Times New Roman"/>
          <w:sz w:val="26"/>
          <w:szCs w:val="26"/>
        </w:rPr>
        <w:t>управлението</w:t>
      </w:r>
      <w:proofErr w:type="spellEnd"/>
      <w:r w:rsidR="00504DF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4DF5"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504DF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4DF5" w:rsidRPr="008C2EB6">
        <w:rPr>
          <w:rFonts w:ascii="Times New Roman" w:hAnsi="Times New Roman" w:cs="Times New Roman"/>
          <w:sz w:val="26"/>
          <w:szCs w:val="26"/>
        </w:rPr>
        <w:t>лечебни</w:t>
      </w:r>
      <w:proofErr w:type="spellEnd"/>
      <w:r w:rsidR="00504DF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4DF5" w:rsidRPr="008C2EB6">
        <w:rPr>
          <w:rFonts w:ascii="Times New Roman" w:hAnsi="Times New Roman" w:cs="Times New Roman"/>
          <w:sz w:val="26"/>
          <w:szCs w:val="26"/>
        </w:rPr>
        <w:t>заведения</w:t>
      </w:r>
      <w:proofErr w:type="spellEnd"/>
      <w:r w:rsidR="00504DF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4DF5" w:rsidRPr="008C2EB6">
        <w:rPr>
          <w:rFonts w:ascii="Times New Roman" w:hAnsi="Times New Roman" w:cs="Times New Roman"/>
          <w:sz w:val="26"/>
          <w:szCs w:val="26"/>
        </w:rPr>
        <w:t>по</w:t>
      </w:r>
      <w:proofErr w:type="spellEnd"/>
      <w:r w:rsidR="00504DF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4DF5" w:rsidRPr="008C2EB6">
        <w:rPr>
          <w:rFonts w:ascii="Times New Roman" w:hAnsi="Times New Roman" w:cs="Times New Roman"/>
          <w:sz w:val="26"/>
          <w:szCs w:val="26"/>
        </w:rPr>
        <w:t>Закона</w:t>
      </w:r>
      <w:proofErr w:type="spellEnd"/>
      <w:r w:rsidR="00504DF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4DF5"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504DF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4DF5" w:rsidRPr="008C2EB6">
        <w:rPr>
          <w:rFonts w:ascii="Times New Roman" w:hAnsi="Times New Roman" w:cs="Times New Roman"/>
          <w:sz w:val="26"/>
          <w:szCs w:val="26"/>
        </w:rPr>
        <w:t>лечебните</w:t>
      </w:r>
      <w:proofErr w:type="spellEnd"/>
      <w:r w:rsidR="00504DF5"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4DF5" w:rsidRPr="008C2EB6">
        <w:rPr>
          <w:rFonts w:ascii="Times New Roman" w:hAnsi="Times New Roman" w:cs="Times New Roman"/>
          <w:sz w:val="26"/>
          <w:szCs w:val="26"/>
        </w:rPr>
        <w:t>заведения</w:t>
      </w:r>
      <w:proofErr w:type="spellEnd"/>
      <w:r w:rsidR="00504DF5">
        <w:rPr>
          <w:rFonts w:ascii="Times New Roman" w:hAnsi="Times New Roman" w:cs="Times New Roman"/>
          <w:sz w:val="26"/>
          <w:szCs w:val="26"/>
          <w:lang w:val="bg-BG"/>
        </w:rPr>
        <w:t xml:space="preserve"> к</w:t>
      </w:r>
      <w:r w:rsidR="006D3AA2" w:rsidRPr="008C2EB6">
        <w:rPr>
          <w:rFonts w:ascii="Times New Roman" w:hAnsi="Times New Roman" w:cs="Times New Roman"/>
          <w:sz w:val="26"/>
          <w:szCs w:val="26"/>
          <w:lang w:val="bg-BG"/>
        </w:rPr>
        <w:t>омисията се е запознала</w:t>
      </w:r>
      <w:r w:rsidR="00504DF5">
        <w:rPr>
          <w:rFonts w:ascii="Times New Roman" w:hAnsi="Times New Roman" w:cs="Times New Roman"/>
          <w:sz w:val="26"/>
          <w:szCs w:val="26"/>
          <w:lang w:val="bg-BG"/>
        </w:rPr>
        <w:t xml:space="preserve"> с</w:t>
      </w:r>
      <w:r w:rsidR="006D3AA2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представените концепции за развитие на лечебното заведение и </w:t>
      </w:r>
      <w:r w:rsidR="00504DF5">
        <w:rPr>
          <w:rFonts w:ascii="Times New Roman" w:hAnsi="Times New Roman" w:cs="Times New Roman"/>
          <w:sz w:val="26"/>
          <w:szCs w:val="26"/>
          <w:lang w:val="bg-BG"/>
        </w:rPr>
        <w:t xml:space="preserve">е извършила оценяване 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съобразно</w:t>
      </w:r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посочените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чл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. 8,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ал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. 3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от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Наредбата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критерии</w:t>
      </w:r>
      <w:proofErr w:type="spellEnd"/>
      <w:r w:rsidR="00FA2F58">
        <w:rPr>
          <w:rFonts w:ascii="Times New Roman" w:hAnsi="Times New Roman" w:cs="Times New Roman"/>
          <w:sz w:val="26"/>
          <w:szCs w:val="26"/>
          <w:lang w:val="bg-BG"/>
        </w:rPr>
        <w:t xml:space="preserve"> и тези, поставени с решението на Общински съвет Бургас</w:t>
      </w:r>
      <w:r w:rsidRPr="008C2EB6">
        <w:rPr>
          <w:rFonts w:ascii="Times New Roman" w:hAnsi="Times New Roman" w:cs="Times New Roman"/>
          <w:sz w:val="26"/>
          <w:szCs w:val="26"/>
        </w:rPr>
        <w:t xml:space="preserve">, а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именно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>:</w:t>
      </w:r>
    </w:p>
    <w:p w14:paraId="130034BC" w14:textId="4DF4F0C7" w:rsidR="009C7AB4" w:rsidRPr="008C2EB6" w:rsidRDefault="009C7AB4" w:rsidP="008C2EB6">
      <w:pPr>
        <w:pStyle w:val="ListParagraph"/>
        <w:numPr>
          <w:ilvl w:val="0"/>
          <w:numId w:val="12"/>
        </w:numPr>
        <w:tabs>
          <w:tab w:val="left" w:pos="709"/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Съответствие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проекта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>с</w:t>
      </w:r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нормативната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уредба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>;</w:t>
      </w:r>
    </w:p>
    <w:p w14:paraId="09F3C0B4" w14:textId="77777777" w:rsidR="009C7AB4" w:rsidRPr="008C2EB6" w:rsidRDefault="009C7AB4" w:rsidP="008C2EB6">
      <w:pPr>
        <w:pStyle w:val="ListParagraph"/>
        <w:numPr>
          <w:ilvl w:val="0"/>
          <w:numId w:val="12"/>
        </w:numPr>
        <w:tabs>
          <w:tab w:val="left" w:pos="709"/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Съответствие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формулираните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цели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задачи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с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вида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лечебното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заведение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и с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предмета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дейност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>;</w:t>
      </w:r>
    </w:p>
    <w:p w14:paraId="673479E7" w14:textId="77777777" w:rsidR="009C7AB4" w:rsidRPr="008C2EB6" w:rsidRDefault="009C7AB4" w:rsidP="008C2EB6">
      <w:pPr>
        <w:pStyle w:val="ListParagraph"/>
        <w:numPr>
          <w:ilvl w:val="0"/>
          <w:numId w:val="12"/>
        </w:numPr>
        <w:tabs>
          <w:tab w:val="left" w:pos="709"/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Анализ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здравно-демографски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здравно-икономически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показатели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>;</w:t>
      </w:r>
    </w:p>
    <w:p w14:paraId="63357BD1" w14:textId="77777777" w:rsidR="009C7AB4" w:rsidRPr="008C2EB6" w:rsidRDefault="009C7AB4" w:rsidP="008C2EB6">
      <w:pPr>
        <w:pStyle w:val="ListParagraph"/>
        <w:numPr>
          <w:ilvl w:val="0"/>
          <w:numId w:val="12"/>
        </w:numPr>
        <w:tabs>
          <w:tab w:val="left" w:pos="709"/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Логическа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структура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разработката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>;</w:t>
      </w:r>
    </w:p>
    <w:p w14:paraId="15DBE628" w14:textId="77777777" w:rsidR="009C7AB4" w:rsidRPr="008C2EB6" w:rsidRDefault="009C7AB4" w:rsidP="008C2EB6">
      <w:pPr>
        <w:pStyle w:val="ListParagraph"/>
        <w:numPr>
          <w:ilvl w:val="0"/>
          <w:numId w:val="12"/>
        </w:numPr>
        <w:tabs>
          <w:tab w:val="left" w:pos="709"/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Анализ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оценка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състоянието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педиатричните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грижи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болнична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извънболнична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помощ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) в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Община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Бургас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Югоизточен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регион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тенденции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преспективи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30194F38" w14:textId="77777777" w:rsidR="009C7AB4" w:rsidRPr="008C2EB6" w:rsidRDefault="009C7AB4" w:rsidP="008C2EB6">
      <w:pPr>
        <w:pStyle w:val="ListParagraph"/>
        <w:numPr>
          <w:ilvl w:val="0"/>
          <w:numId w:val="12"/>
        </w:numPr>
        <w:tabs>
          <w:tab w:val="left" w:pos="709"/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Основни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приоритети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посоки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развитие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МБАЛДБ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Св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Анастасия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ЕООД -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определяне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целите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приоритетните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области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развитие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надграждане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структурата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организацията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дейността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МБАЛД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Св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Анастасия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ЕООД</w:t>
      </w:r>
    </w:p>
    <w:p w14:paraId="5600E425" w14:textId="77777777" w:rsidR="009C7AB4" w:rsidRPr="008C2EB6" w:rsidRDefault="009C7AB4" w:rsidP="008C2EB6">
      <w:pPr>
        <w:pStyle w:val="ListParagraph"/>
        <w:numPr>
          <w:ilvl w:val="0"/>
          <w:numId w:val="12"/>
        </w:numPr>
        <w:tabs>
          <w:tab w:val="left" w:pos="709"/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Развитие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стратегически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партньорства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национални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международни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като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предпоставка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развитие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Болницата</w:t>
      </w:r>
      <w:proofErr w:type="spellEnd"/>
    </w:p>
    <w:p w14:paraId="7B3D403F" w14:textId="77777777" w:rsidR="009C7AB4" w:rsidRPr="008C2EB6" w:rsidRDefault="009C7AB4" w:rsidP="008C2EB6">
      <w:pPr>
        <w:pStyle w:val="ListParagraph"/>
        <w:numPr>
          <w:ilvl w:val="0"/>
          <w:numId w:val="12"/>
        </w:numPr>
        <w:tabs>
          <w:tab w:val="left" w:pos="709"/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Изграждане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сътрудничество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с БДУ „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Проф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. д-р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Асен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Златаров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“ –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Факултет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по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медицина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Факултет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по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обществено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здраве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здравни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грижи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като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стъпка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към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получаване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статут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университетска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болница</w:t>
      </w:r>
      <w:proofErr w:type="spellEnd"/>
    </w:p>
    <w:p w14:paraId="77D6A4CC" w14:textId="77777777" w:rsidR="009C7AB4" w:rsidRPr="008C2EB6" w:rsidRDefault="009C7AB4" w:rsidP="008C2EB6">
      <w:pPr>
        <w:pStyle w:val="ListParagraph"/>
        <w:numPr>
          <w:ilvl w:val="0"/>
          <w:numId w:val="12"/>
        </w:numPr>
        <w:tabs>
          <w:tab w:val="left" w:pos="709"/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Приложимост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етапи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реализацията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8C2E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C2EB6">
        <w:rPr>
          <w:rFonts w:ascii="Times New Roman" w:hAnsi="Times New Roman" w:cs="Times New Roman"/>
          <w:sz w:val="26"/>
          <w:szCs w:val="26"/>
        </w:rPr>
        <w:t>програмата</w:t>
      </w:r>
      <w:proofErr w:type="spellEnd"/>
    </w:p>
    <w:p w14:paraId="59DF7215" w14:textId="2B902D8C" w:rsidR="006D3AA2" w:rsidRPr="008C2EB6" w:rsidRDefault="009C7AB4" w:rsidP="008C2EB6">
      <w:pPr>
        <w:spacing w:after="0"/>
        <w:ind w:firstLine="357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При оценяване на концепциите, съобразно така </w:t>
      </w:r>
      <w:r w:rsidR="006D3AA2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посочените 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критерии комисията е оценила разработките на </w:t>
      </w:r>
      <w:r w:rsidR="006D3AA2" w:rsidRPr="008C2EB6">
        <w:rPr>
          <w:rFonts w:ascii="Times New Roman" w:hAnsi="Times New Roman" w:cs="Times New Roman"/>
          <w:sz w:val="26"/>
          <w:szCs w:val="26"/>
          <w:lang w:val="bg-BG"/>
        </w:rPr>
        <w:t>ка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>н</w:t>
      </w:r>
      <w:r w:rsidR="006D3AA2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дидатите 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със </w:t>
      </w:r>
      <w:r w:rsidR="006D3AA2" w:rsidRPr="008C2EB6">
        <w:rPr>
          <w:rFonts w:ascii="Times New Roman" w:hAnsi="Times New Roman" w:cs="Times New Roman"/>
          <w:sz w:val="26"/>
          <w:szCs w:val="26"/>
          <w:lang w:val="bg-BG"/>
        </w:rPr>
        <w:t>следните оценки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:  </w:t>
      </w:r>
    </w:p>
    <w:p w14:paraId="318F958C" w14:textId="77777777" w:rsidR="006D3AA2" w:rsidRPr="008C2EB6" w:rsidRDefault="006D3AA2" w:rsidP="008C2EB6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Д-р Благомир Здравков – Отличен 5.82 </w:t>
      </w:r>
    </w:p>
    <w:p w14:paraId="6C68E9B5" w14:textId="77777777" w:rsidR="006D3AA2" w:rsidRPr="008C2EB6" w:rsidRDefault="006D3AA2" w:rsidP="008C2EB6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>Д-р Тома Томов – Отличен 5.61</w:t>
      </w:r>
    </w:p>
    <w:p w14:paraId="0FDABA65" w14:textId="77777777" w:rsidR="006D3AA2" w:rsidRPr="008C2EB6" w:rsidRDefault="006D3AA2" w:rsidP="008C2EB6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>Димитър Помаков – Отличен 5.53</w:t>
      </w:r>
    </w:p>
    <w:p w14:paraId="552D6F0F" w14:textId="77777777" w:rsidR="006D3AA2" w:rsidRPr="008C2EB6" w:rsidRDefault="006D3AA2" w:rsidP="008C2EB6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>Д-р Венцислав Димов – Мн. добър 5.38</w:t>
      </w:r>
    </w:p>
    <w:p w14:paraId="1160959B" w14:textId="77777777" w:rsidR="00687FFC" w:rsidRPr="008C2EB6" w:rsidRDefault="009C7AB4" w:rsidP="008C2EB6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</w:pPr>
      <w:r w:rsidRPr="008C2EB6"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  <w:t>Н</w:t>
      </w:r>
      <w:r w:rsidR="006D3AA2" w:rsidRPr="008C2EB6"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  <w:t>а основание чл</w:t>
      </w:r>
      <w:r w:rsidRPr="008C2EB6"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  <w:t>.8, ал.2 от Наредбата</w:t>
      </w:r>
      <w:r w:rsidR="00001BCA" w:rsidRPr="008C2EB6"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  <w:t>, предвид оценяването им над определения минимум 4.50</w:t>
      </w:r>
      <w:r w:rsidRPr="008C2EB6"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  <w:t xml:space="preserve">, кандидатите са </w:t>
      </w:r>
      <w:r w:rsidR="006D3AA2" w:rsidRPr="008C2EB6"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  <w:t>допуснат</w:t>
      </w:r>
      <w:r w:rsidRPr="008C2EB6"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  <w:t>и</w:t>
      </w:r>
      <w:r w:rsidR="006D3AA2" w:rsidRPr="008C2EB6"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  <w:t xml:space="preserve"> до събеседване по реда на </w:t>
      </w:r>
      <w:r w:rsidR="00001BCA" w:rsidRPr="008C2EB6"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  <w:t>чл.8, ал.4 от Наредбата.</w:t>
      </w:r>
      <w:r w:rsidR="00687FFC" w:rsidRPr="008C2EB6"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  <w:t xml:space="preserve"> </w:t>
      </w:r>
    </w:p>
    <w:p w14:paraId="41F0A50C" w14:textId="7DE0289F" w:rsidR="00001BCA" w:rsidRPr="008C2EB6" w:rsidRDefault="00001BCA" w:rsidP="008C2EB6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>Въз основа на проведеното събеседване с включени въпроси с конкретни практически казуси,</w:t>
      </w:r>
      <w:r w:rsidRPr="008C2EB6"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  <w:t xml:space="preserve"> по критериите, опред</w:t>
      </w:r>
      <w:r w:rsidR="00687FFC" w:rsidRPr="008C2EB6">
        <w:rPr>
          <w:rFonts w:ascii="Times New Roman" w:eastAsia="Times New Roman" w:hAnsi="Times New Roman" w:cs="Times New Roman"/>
          <w:sz w:val="26"/>
          <w:szCs w:val="26"/>
          <w:lang w:val="ru-RU" w:eastAsia="bg-BG"/>
        </w:rPr>
        <w:t xml:space="preserve">елени в чл.8, ал.4 от Наредбата и след </w:t>
      </w:r>
      <w:r w:rsidR="00687FFC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формиране на средноаритметичните оценки от концепциите и от проведеното събеседване</w:t>
      </w:r>
      <w:r w:rsidR="00FA2F58">
        <w:rPr>
          <w:rFonts w:ascii="Times New Roman" w:hAnsi="Times New Roman" w:cs="Times New Roman"/>
          <w:sz w:val="26"/>
          <w:szCs w:val="26"/>
          <w:lang w:val="bg-BG"/>
        </w:rPr>
        <w:t>,</w:t>
      </w:r>
      <w:r w:rsidR="00687FFC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кандидатите са получили следните оценки:</w:t>
      </w:r>
    </w:p>
    <w:p w14:paraId="2E327519" w14:textId="410AB3FC" w:rsidR="00001BCA" w:rsidRPr="008C2EB6" w:rsidRDefault="00001BCA" w:rsidP="008C2EB6">
      <w:pPr>
        <w:numPr>
          <w:ilvl w:val="0"/>
          <w:numId w:val="15"/>
        </w:numPr>
        <w:spacing w:after="0"/>
        <w:ind w:left="641" w:hanging="357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>Д-р В. Димов – Много добър 5.19</w:t>
      </w:r>
    </w:p>
    <w:p w14:paraId="60C2FC3F" w14:textId="542C7645" w:rsidR="00001BCA" w:rsidRPr="008C2EB6" w:rsidRDefault="00001BCA" w:rsidP="008C2EB6">
      <w:pPr>
        <w:numPr>
          <w:ilvl w:val="0"/>
          <w:numId w:val="15"/>
        </w:numPr>
        <w:spacing w:after="0"/>
        <w:ind w:left="641" w:hanging="357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>Д-р Т. Томов – Много добър 5,6</w:t>
      </w:r>
      <w:r w:rsidR="008C2EB6" w:rsidRPr="008C2EB6">
        <w:rPr>
          <w:rFonts w:ascii="Times New Roman" w:hAnsi="Times New Roman" w:cs="Times New Roman"/>
          <w:sz w:val="26"/>
          <w:szCs w:val="26"/>
          <w:lang w:val="bg-BG"/>
        </w:rPr>
        <w:t>3</w:t>
      </w:r>
    </w:p>
    <w:p w14:paraId="3353F79F" w14:textId="3E5705F1" w:rsidR="00001BCA" w:rsidRPr="008C2EB6" w:rsidRDefault="00001BCA" w:rsidP="008C2EB6">
      <w:pPr>
        <w:numPr>
          <w:ilvl w:val="0"/>
          <w:numId w:val="15"/>
        </w:numPr>
        <w:spacing w:after="0"/>
        <w:ind w:left="641" w:hanging="357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lastRenderedPageBreak/>
        <w:t>Д. Помаков – Много добър 5.</w:t>
      </w:r>
      <w:r w:rsidR="007D02C9" w:rsidRPr="008C2EB6">
        <w:rPr>
          <w:rFonts w:ascii="Times New Roman" w:hAnsi="Times New Roman" w:cs="Times New Roman"/>
          <w:sz w:val="26"/>
          <w:szCs w:val="26"/>
          <w:lang w:val="bg-BG"/>
        </w:rPr>
        <w:t>02</w:t>
      </w:r>
    </w:p>
    <w:p w14:paraId="374F5678" w14:textId="7B5C851B" w:rsidR="00001BCA" w:rsidRPr="008C2EB6" w:rsidRDefault="00001BCA" w:rsidP="008C2EB6">
      <w:pPr>
        <w:numPr>
          <w:ilvl w:val="0"/>
          <w:numId w:val="15"/>
        </w:numPr>
        <w:spacing w:after="0"/>
        <w:ind w:left="641" w:hanging="357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>Д-р Бл. Здравков – Отличен 5.88</w:t>
      </w:r>
    </w:p>
    <w:p w14:paraId="6AAD9152" w14:textId="1FACF39F" w:rsidR="00001BCA" w:rsidRPr="008C2EB6" w:rsidRDefault="00001BCA" w:rsidP="008C2EB6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  <w:lang w:val="bg-BG"/>
        </w:rPr>
      </w:pPr>
    </w:p>
    <w:p w14:paraId="7EE25CCB" w14:textId="1B8355E6" w:rsidR="00687FFC" w:rsidRPr="008C2EB6" w:rsidRDefault="00687FFC" w:rsidP="008C2EB6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Съобразно изискванията на </w:t>
      </w:r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>чл. 8, ал. 6, чл. 10, ал. 1 и чл. 11, ал. 2 от Наредбата № 9, Комисията предлага за одобрение от Общински съвет Бургас кандидат</w:t>
      </w:r>
      <w:r w:rsidR="007921B1" w:rsidRPr="008C2EB6">
        <w:rPr>
          <w:rFonts w:ascii="Times New Roman" w:hAnsi="Times New Roman" w:cs="Times New Roman"/>
          <w:sz w:val="26"/>
          <w:szCs w:val="26"/>
          <w:lang w:val="bg-BG"/>
        </w:rPr>
        <w:t>ът</w:t>
      </w:r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, 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класиран на първо място, </w:t>
      </w:r>
      <w:r w:rsidR="007921B1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получил най-висока оценка (средноаритметична) от разработката и от проведеното събеседване – </w:t>
      </w:r>
      <w:r w:rsidR="007921B1" w:rsidRPr="008C2EB6">
        <w:rPr>
          <w:rFonts w:ascii="Times New Roman" w:hAnsi="Times New Roman" w:cs="Times New Roman"/>
          <w:b/>
          <w:bCs/>
          <w:sz w:val="26"/>
          <w:szCs w:val="26"/>
          <w:lang w:val="bg-BG"/>
        </w:rPr>
        <w:t>5.88 - д-р Благомир Николаев Здравков</w:t>
      </w:r>
      <w:r w:rsidR="007921B1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, </w:t>
      </w:r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който да бъде определен за управител на </w:t>
      </w:r>
      <w:proofErr w:type="spellStart"/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>Многопрофилна</w:t>
      </w:r>
      <w:proofErr w:type="spellEnd"/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болница за активно лечение на детски болести „Св. Анастасия“</w:t>
      </w:r>
      <w:r w:rsidR="007D02C9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и класирането на останалите</w:t>
      </w:r>
      <w:r w:rsidR="00FA2F58">
        <w:rPr>
          <w:rFonts w:ascii="Times New Roman" w:hAnsi="Times New Roman" w:cs="Times New Roman"/>
          <w:sz w:val="26"/>
          <w:szCs w:val="26"/>
          <w:lang w:val="bg-BG"/>
        </w:rPr>
        <w:t>,</w:t>
      </w:r>
      <w:r w:rsidR="007D02C9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допуснати до участие в конкурса кандидати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>, както следва:</w:t>
      </w:r>
    </w:p>
    <w:p w14:paraId="432B1970" w14:textId="77777777" w:rsidR="00687FFC" w:rsidRPr="008C2EB6" w:rsidRDefault="00687FFC" w:rsidP="008C2EB6">
      <w:pPr>
        <w:pStyle w:val="ListParagraph"/>
        <w:spacing w:after="0"/>
        <w:ind w:left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pacing w:val="2"/>
          <w:sz w:val="26"/>
          <w:szCs w:val="26"/>
        </w:rPr>
        <w:t xml:space="preserve">I – </w:t>
      </w:r>
      <w:r w:rsidRPr="008C2EB6">
        <w:rPr>
          <w:rFonts w:ascii="Times New Roman" w:hAnsi="Times New Roman" w:cs="Times New Roman"/>
          <w:spacing w:val="2"/>
          <w:sz w:val="26"/>
          <w:szCs w:val="26"/>
          <w:lang w:val="bg-BG"/>
        </w:rPr>
        <w:t>во място Д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-р Благомир Н. Здравков,  </w:t>
      </w:r>
    </w:p>
    <w:p w14:paraId="677BB055" w14:textId="77777777" w:rsidR="00687FFC" w:rsidRPr="008C2EB6" w:rsidRDefault="00687FFC" w:rsidP="008C2EB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</w:rPr>
        <w:t xml:space="preserve">II – </w:t>
      </w:r>
      <w:proofErr w:type="spellStart"/>
      <w:r w:rsidRPr="008C2EB6">
        <w:rPr>
          <w:rFonts w:ascii="Times New Roman" w:hAnsi="Times New Roman" w:cs="Times New Roman"/>
          <w:sz w:val="26"/>
          <w:szCs w:val="26"/>
          <w:lang w:val="bg-BG"/>
        </w:rPr>
        <w:t>ро</w:t>
      </w:r>
      <w:proofErr w:type="spellEnd"/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място Д-р Тома Томов</w:t>
      </w:r>
    </w:p>
    <w:p w14:paraId="0F289422" w14:textId="77777777" w:rsidR="00687FFC" w:rsidRPr="008C2EB6" w:rsidRDefault="00687FFC" w:rsidP="008C2EB6">
      <w:pPr>
        <w:spacing w:after="0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</w:rPr>
        <w:t>II</w:t>
      </w:r>
      <w:r w:rsidRPr="008C2EB6">
        <w:rPr>
          <w:rFonts w:ascii="Times New Roman" w:hAnsi="Times New Roman" w:cs="Times New Roman"/>
          <w:spacing w:val="2"/>
          <w:sz w:val="26"/>
          <w:szCs w:val="26"/>
        </w:rPr>
        <w:t>I</w:t>
      </w:r>
      <w:r w:rsidRPr="008C2EB6">
        <w:rPr>
          <w:rFonts w:ascii="Times New Roman" w:hAnsi="Times New Roman" w:cs="Times New Roman"/>
          <w:spacing w:val="2"/>
          <w:sz w:val="26"/>
          <w:szCs w:val="26"/>
          <w:lang w:val="bg-BG"/>
        </w:rPr>
        <w:t xml:space="preserve"> – то място Д-р Венцислав Димов</w:t>
      </w:r>
    </w:p>
    <w:p w14:paraId="22C79B5E" w14:textId="77777777" w:rsidR="00687FFC" w:rsidRPr="008C2EB6" w:rsidRDefault="00687FFC" w:rsidP="008C2EB6">
      <w:pPr>
        <w:spacing w:after="0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pacing w:val="2"/>
          <w:sz w:val="26"/>
          <w:szCs w:val="26"/>
        </w:rPr>
        <w:t>IV</w:t>
      </w:r>
      <w:r w:rsidRPr="008C2EB6">
        <w:rPr>
          <w:rFonts w:ascii="Times New Roman" w:hAnsi="Times New Roman" w:cs="Times New Roman"/>
          <w:spacing w:val="2"/>
          <w:sz w:val="26"/>
          <w:szCs w:val="26"/>
          <w:lang w:val="bg-BG"/>
        </w:rPr>
        <w:t xml:space="preserve"> – то място Димитър Помаков</w:t>
      </w:r>
    </w:p>
    <w:p w14:paraId="418ECFD9" w14:textId="67D2D096" w:rsidR="00D63425" w:rsidRPr="008C2EB6" w:rsidRDefault="00D63425" w:rsidP="008C2EB6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Работата на </w:t>
      </w:r>
      <w:r w:rsidR="007921B1" w:rsidRPr="008C2EB6">
        <w:rPr>
          <w:rFonts w:ascii="Times New Roman" w:hAnsi="Times New Roman" w:cs="Times New Roman"/>
          <w:sz w:val="26"/>
          <w:szCs w:val="26"/>
          <w:lang w:val="bg-BG"/>
        </w:rPr>
        <w:t>К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омисията е обективирана в Протокол № 1/25.0.2026 г., Протокол №2/9.03.2026 г. до Протокол №3/10.03.2026 </w:t>
      </w:r>
      <w:r w:rsidR="00F80E20" w:rsidRPr="008C2EB6">
        <w:rPr>
          <w:rFonts w:ascii="Times New Roman" w:hAnsi="Times New Roman" w:cs="Times New Roman"/>
          <w:sz w:val="26"/>
          <w:szCs w:val="26"/>
          <w:lang w:val="bg-BG"/>
        </w:rPr>
        <w:t>г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>.</w:t>
      </w:r>
      <w:r w:rsidR="00687FFC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 </w:t>
      </w:r>
    </w:p>
    <w:p w14:paraId="747F25DA" w14:textId="3E822728" w:rsidR="00D63425" w:rsidRPr="008C2EB6" w:rsidRDefault="00687FFC" w:rsidP="008C2EB6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Въз основа на представените протоколи за работа на комисията и съдържащите се в тях предложения, </w:t>
      </w:r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на основание 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чл. 137, ал. 1, т. 5 от Търговския закон, чл. 12, ал. 1, т. </w:t>
      </w:r>
      <w:r w:rsidR="00FA2F58">
        <w:rPr>
          <w:rFonts w:ascii="Times New Roman" w:hAnsi="Times New Roman" w:cs="Times New Roman"/>
          <w:sz w:val="26"/>
          <w:szCs w:val="26"/>
          <w:lang w:val="bg-BG"/>
        </w:rPr>
        <w:t>1</w:t>
      </w:r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от Наредбата за реда,</w:t>
      </w:r>
      <w:r w:rsidR="00D63425" w:rsidRPr="008C2EB6">
        <w:rPr>
          <w:rFonts w:ascii="Times New Roman" w:hAnsi="Times New Roman" w:cs="Times New Roman"/>
          <w:sz w:val="26"/>
          <w:szCs w:val="26"/>
          <w:lang w:val="ru-RU"/>
        </w:rPr>
        <w:t xml:space="preserve"> по който Община Бургас участва в учредяването и упражняването на правото си на собственост в търговските дружества</w:t>
      </w:r>
      <w:r w:rsidR="002241ED">
        <w:rPr>
          <w:rFonts w:ascii="Times New Roman" w:hAnsi="Times New Roman" w:cs="Times New Roman"/>
          <w:sz w:val="26"/>
          <w:szCs w:val="26"/>
          <w:lang w:val="ru-RU"/>
        </w:rPr>
        <w:t>, чл.64, ал.1 от Закона за лечебните заведения, чл.53, ал.1 от Правилника за прилагане на ЗПП</w:t>
      </w:r>
      <w:r w:rsidR="00D63425" w:rsidRPr="008C2EB6">
        <w:rPr>
          <w:rFonts w:ascii="Times New Roman" w:hAnsi="Times New Roman" w:cs="Times New Roman"/>
          <w:sz w:val="26"/>
          <w:szCs w:val="26"/>
          <w:lang w:val="ru-RU"/>
        </w:rPr>
        <w:t xml:space="preserve"> и </w:t>
      </w:r>
      <w:r w:rsidRPr="008C2EB6">
        <w:rPr>
          <w:rFonts w:ascii="Times New Roman" w:hAnsi="Times New Roman" w:cs="Times New Roman"/>
          <w:sz w:val="26"/>
          <w:szCs w:val="26"/>
          <w:lang w:val="ru-RU"/>
        </w:rPr>
        <w:t xml:space="preserve">чл.10, ал.1 и </w:t>
      </w:r>
      <w:r w:rsidR="00D63425" w:rsidRPr="008C2EB6">
        <w:rPr>
          <w:rFonts w:ascii="Times New Roman" w:hAnsi="Times New Roman" w:cs="Times New Roman"/>
          <w:sz w:val="26"/>
          <w:szCs w:val="26"/>
          <w:lang w:val="ru-RU"/>
        </w:rPr>
        <w:t>чл.11, ал.2 от Наредба № 9/26.06.2000 г. за условията и реда за провеждане на конкурси за възлагане управлението на лечебни заведения по Закона за лечебните заведения</w:t>
      </w:r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>, предлагам</w:t>
      </w:r>
      <w:r w:rsidR="00FA2F58">
        <w:rPr>
          <w:rFonts w:ascii="Times New Roman" w:hAnsi="Times New Roman" w:cs="Times New Roman"/>
          <w:sz w:val="26"/>
          <w:szCs w:val="26"/>
          <w:lang w:val="bg-BG"/>
        </w:rPr>
        <w:t>,</w:t>
      </w:r>
      <w:r w:rsidR="00D63425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Общински съвет – Бургас, да вземе следните</w:t>
      </w:r>
    </w:p>
    <w:p w14:paraId="2286EE4E" w14:textId="77777777" w:rsidR="007921B1" w:rsidRPr="008C2EB6" w:rsidRDefault="007921B1" w:rsidP="008C2EB6">
      <w:pPr>
        <w:spacing w:after="0"/>
        <w:jc w:val="both"/>
        <w:rPr>
          <w:rFonts w:ascii="Times New Roman" w:hAnsi="Times New Roman" w:cs="Times New Roman"/>
          <w:sz w:val="26"/>
          <w:szCs w:val="26"/>
          <w:lang w:val="bg-BG"/>
        </w:rPr>
      </w:pPr>
    </w:p>
    <w:p w14:paraId="7E6BCFA7" w14:textId="67F9B1FD" w:rsidR="00D63425" w:rsidRPr="008C2EB6" w:rsidRDefault="007921B1" w:rsidP="008C2EB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b/>
          <w:bCs/>
          <w:sz w:val="26"/>
          <w:szCs w:val="26"/>
          <w:lang w:val="bg-BG"/>
        </w:rPr>
        <w:t>Р Е Ш Е Н И Я:</w:t>
      </w:r>
    </w:p>
    <w:p w14:paraId="296413EF" w14:textId="79F7717D" w:rsidR="00887F92" w:rsidRPr="00A857AD" w:rsidRDefault="00687FFC" w:rsidP="00A857AD">
      <w:pPr>
        <w:pStyle w:val="ListParagraph"/>
        <w:numPr>
          <w:ilvl w:val="0"/>
          <w:numId w:val="16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>Утвърждава предложеното класиране от комисията за провеждане на конкурса за избор на управител</w:t>
      </w:r>
      <w:r w:rsidR="00A857AD">
        <w:rPr>
          <w:rFonts w:ascii="Times New Roman" w:hAnsi="Times New Roman" w:cs="Times New Roman"/>
          <w:sz w:val="26"/>
          <w:szCs w:val="26"/>
          <w:lang w:val="bg-BG"/>
        </w:rPr>
        <w:t xml:space="preserve"> и о</w:t>
      </w:r>
      <w:r w:rsidR="007D02C9" w:rsidRPr="00A857AD">
        <w:rPr>
          <w:rFonts w:ascii="Times New Roman" w:hAnsi="Times New Roman" w:cs="Times New Roman"/>
          <w:sz w:val="26"/>
          <w:szCs w:val="26"/>
          <w:lang w:val="bg-BG"/>
        </w:rPr>
        <w:t>добрява</w:t>
      </w:r>
      <w:r w:rsidR="000D47BF" w:rsidRPr="00A857AD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="00887F92" w:rsidRPr="00A857AD">
        <w:rPr>
          <w:rFonts w:ascii="Times New Roman" w:hAnsi="Times New Roman" w:cs="Times New Roman"/>
          <w:sz w:val="26"/>
          <w:szCs w:val="26"/>
          <w:lang w:val="bg-BG"/>
        </w:rPr>
        <w:t>класираният на първо място и класирането по ред на следващите участници в конкурса за избор на управител на „</w:t>
      </w:r>
      <w:proofErr w:type="spellStart"/>
      <w:r w:rsidR="00887F92" w:rsidRPr="00A857AD">
        <w:rPr>
          <w:rFonts w:ascii="Times New Roman" w:hAnsi="Times New Roman" w:cs="Times New Roman"/>
          <w:sz w:val="26"/>
          <w:szCs w:val="26"/>
          <w:lang w:val="bg-BG"/>
        </w:rPr>
        <w:t>Многопрофилна</w:t>
      </w:r>
      <w:proofErr w:type="spellEnd"/>
      <w:r w:rsidR="00887F92" w:rsidRPr="00A857AD">
        <w:rPr>
          <w:rFonts w:ascii="Times New Roman" w:hAnsi="Times New Roman" w:cs="Times New Roman"/>
          <w:sz w:val="26"/>
          <w:szCs w:val="26"/>
          <w:lang w:val="bg-BG"/>
        </w:rPr>
        <w:t xml:space="preserve"> болница за активно лечение на детски болести „Св. Анастасия“ ЕИК </w:t>
      </w:r>
      <w:r w:rsidR="00887F92" w:rsidRPr="00A857AD">
        <w:rPr>
          <w:rFonts w:ascii="Times New Roman" w:hAnsi="Times New Roman" w:cs="Times New Roman"/>
          <w:spacing w:val="2"/>
          <w:sz w:val="26"/>
          <w:szCs w:val="26"/>
        </w:rPr>
        <w:t>207035949</w:t>
      </w:r>
      <w:r w:rsidR="00887F92" w:rsidRPr="00A857AD">
        <w:rPr>
          <w:rFonts w:ascii="Times New Roman" w:hAnsi="Times New Roman" w:cs="Times New Roman"/>
          <w:spacing w:val="2"/>
          <w:sz w:val="26"/>
          <w:szCs w:val="26"/>
          <w:lang w:val="bg-BG"/>
        </w:rPr>
        <w:t>, както следва:</w:t>
      </w:r>
    </w:p>
    <w:p w14:paraId="44C17DAD" w14:textId="3267F764" w:rsidR="00887F92" w:rsidRPr="008C2EB6" w:rsidRDefault="00887F92" w:rsidP="008C2EB6">
      <w:pPr>
        <w:pStyle w:val="ListParagraph"/>
        <w:spacing w:after="0"/>
        <w:ind w:left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pacing w:val="2"/>
          <w:sz w:val="26"/>
          <w:szCs w:val="26"/>
        </w:rPr>
        <w:t>I</w:t>
      </w:r>
      <w:r w:rsidR="008C2EB6">
        <w:rPr>
          <w:rFonts w:ascii="Times New Roman" w:hAnsi="Times New Roman" w:cs="Times New Roman"/>
          <w:spacing w:val="2"/>
          <w:sz w:val="26"/>
          <w:szCs w:val="26"/>
          <w:lang w:val="bg-BG"/>
        </w:rPr>
        <w:t>-</w:t>
      </w:r>
      <w:r w:rsidRPr="008C2EB6">
        <w:rPr>
          <w:rFonts w:ascii="Times New Roman" w:hAnsi="Times New Roman" w:cs="Times New Roman"/>
          <w:spacing w:val="2"/>
          <w:sz w:val="26"/>
          <w:szCs w:val="26"/>
          <w:lang w:val="bg-BG"/>
        </w:rPr>
        <w:t>во място Д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-р Благомир Н. Здравков  </w:t>
      </w:r>
    </w:p>
    <w:p w14:paraId="3CA8C84E" w14:textId="4E0F4C90" w:rsidR="00887F92" w:rsidRPr="008C2EB6" w:rsidRDefault="00887F92" w:rsidP="008C2EB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</w:rPr>
        <w:t>II</w:t>
      </w:r>
      <w:r w:rsidR="008C2EB6">
        <w:rPr>
          <w:rFonts w:ascii="Times New Roman" w:hAnsi="Times New Roman" w:cs="Times New Roman"/>
          <w:sz w:val="26"/>
          <w:szCs w:val="26"/>
          <w:lang w:val="bg-BG"/>
        </w:rPr>
        <w:t>-</w:t>
      </w:r>
      <w:proofErr w:type="spellStart"/>
      <w:r w:rsidRPr="008C2EB6">
        <w:rPr>
          <w:rFonts w:ascii="Times New Roman" w:hAnsi="Times New Roman" w:cs="Times New Roman"/>
          <w:sz w:val="26"/>
          <w:szCs w:val="26"/>
          <w:lang w:val="bg-BG"/>
        </w:rPr>
        <w:t>ро</w:t>
      </w:r>
      <w:proofErr w:type="spellEnd"/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място Д</w:t>
      </w:r>
      <w:r w:rsidR="000D47BF" w:rsidRPr="008C2EB6">
        <w:rPr>
          <w:rFonts w:ascii="Times New Roman" w:hAnsi="Times New Roman" w:cs="Times New Roman"/>
          <w:sz w:val="26"/>
          <w:szCs w:val="26"/>
          <w:lang w:val="bg-BG"/>
        </w:rPr>
        <w:t>-р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Тома Томов</w:t>
      </w:r>
    </w:p>
    <w:p w14:paraId="0CBD8D7A" w14:textId="270637B5" w:rsidR="00887F92" w:rsidRPr="008C2EB6" w:rsidRDefault="00887F92" w:rsidP="008C2EB6">
      <w:pPr>
        <w:spacing w:after="0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</w:rPr>
        <w:t>II</w:t>
      </w:r>
      <w:r w:rsidRPr="008C2EB6">
        <w:rPr>
          <w:rFonts w:ascii="Times New Roman" w:hAnsi="Times New Roman" w:cs="Times New Roman"/>
          <w:spacing w:val="2"/>
          <w:sz w:val="26"/>
          <w:szCs w:val="26"/>
        </w:rPr>
        <w:t>I</w:t>
      </w:r>
      <w:r w:rsidR="008C2EB6">
        <w:rPr>
          <w:rFonts w:ascii="Times New Roman" w:hAnsi="Times New Roman" w:cs="Times New Roman"/>
          <w:spacing w:val="2"/>
          <w:sz w:val="26"/>
          <w:szCs w:val="26"/>
          <w:lang w:val="bg-BG"/>
        </w:rPr>
        <w:t>-</w:t>
      </w:r>
      <w:r w:rsidRPr="008C2EB6">
        <w:rPr>
          <w:rFonts w:ascii="Times New Roman" w:hAnsi="Times New Roman" w:cs="Times New Roman"/>
          <w:spacing w:val="2"/>
          <w:sz w:val="26"/>
          <w:szCs w:val="26"/>
          <w:lang w:val="bg-BG"/>
        </w:rPr>
        <w:t xml:space="preserve">то място Д-р </w:t>
      </w:r>
      <w:bookmarkStart w:id="0" w:name="_GoBack"/>
      <w:r w:rsidRPr="008C2EB6">
        <w:rPr>
          <w:rFonts w:ascii="Times New Roman" w:hAnsi="Times New Roman" w:cs="Times New Roman"/>
          <w:spacing w:val="2"/>
          <w:sz w:val="26"/>
          <w:szCs w:val="26"/>
          <w:lang w:val="bg-BG"/>
        </w:rPr>
        <w:t>Венцислав</w:t>
      </w:r>
      <w:bookmarkEnd w:id="0"/>
      <w:r w:rsidRPr="008C2EB6">
        <w:rPr>
          <w:rFonts w:ascii="Times New Roman" w:hAnsi="Times New Roman" w:cs="Times New Roman"/>
          <w:spacing w:val="2"/>
          <w:sz w:val="26"/>
          <w:szCs w:val="26"/>
          <w:lang w:val="bg-BG"/>
        </w:rPr>
        <w:t xml:space="preserve"> Димов</w:t>
      </w:r>
    </w:p>
    <w:p w14:paraId="2E025AD6" w14:textId="682D2E4F" w:rsidR="00887F92" w:rsidRPr="008C2EB6" w:rsidRDefault="00887F92" w:rsidP="008C2EB6">
      <w:pPr>
        <w:spacing w:after="0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pacing w:val="2"/>
          <w:sz w:val="26"/>
          <w:szCs w:val="26"/>
        </w:rPr>
        <w:t>IV</w:t>
      </w:r>
      <w:r w:rsidR="008C2EB6">
        <w:rPr>
          <w:rFonts w:ascii="Times New Roman" w:hAnsi="Times New Roman" w:cs="Times New Roman"/>
          <w:spacing w:val="2"/>
          <w:sz w:val="26"/>
          <w:szCs w:val="26"/>
          <w:lang w:val="bg-BG"/>
        </w:rPr>
        <w:t>-</w:t>
      </w:r>
      <w:r w:rsidRPr="008C2EB6">
        <w:rPr>
          <w:rFonts w:ascii="Times New Roman" w:hAnsi="Times New Roman" w:cs="Times New Roman"/>
          <w:spacing w:val="2"/>
          <w:sz w:val="26"/>
          <w:szCs w:val="26"/>
          <w:lang w:val="bg-BG"/>
        </w:rPr>
        <w:t>то място Димитър Помаков</w:t>
      </w:r>
    </w:p>
    <w:p w14:paraId="4F4CCD8E" w14:textId="77777777" w:rsidR="00887F92" w:rsidRPr="008C2EB6" w:rsidRDefault="00887F92" w:rsidP="008C2EB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</w:p>
    <w:p w14:paraId="4F69118B" w14:textId="3E18CB56" w:rsidR="000D47BF" w:rsidRPr="008C2EB6" w:rsidRDefault="00887F92" w:rsidP="008C2EB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2. Избира д-р Благомир Здравков за </w:t>
      </w:r>
      <w:r w:rsidR="000D47BF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управител на </w:t>
      </w:r>
      <w:proofErr w:type="spellStart"/>
      <w:r w:rsidR="007921B1" w:rsidRPr="008C2EB6">
        <w:rPr>
          <w:rFonts w:ascii="Times New Roman" w:hAnsi="Times New Roman" w:cs="Times New Roman"/>
          <w:sz w:val="26"/>
          <w:szCs w:val="26"/>
          <w:lang w:val="bg-BG"/>
        </w:rPr>
        <w:t>Многопрофилна</w:t>
      </w:r>
      <w:proofErr w:type="spellEnd"/>
      <w:r w:rsidR="007921B1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болница за активно лечение на детски болести „Св. Анастасия“</w:t>
      </w:r>
      <w:r w:rsidR="000D47BF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ЕИК </w:t>
      </w:r>
      <w:r w:rsidR="007921B1" w:rsidRPr="008C2EB6">
        <w:rPr>
          <w:rFonts w:ascii="Times New Roman" w:hAnsi="Times New Roman" w:cs="Times New Roman"/>
          <w:spacing w:val="2"/>
          <w:sz w:val="26"/>
          <w:szCs w:val="26"/>
        </w:rPr>
        <w:t>207035949</w:t>
      </w:r>
      <w:r w:rsidR="000D47BF" w:rsidRPr="008C2EB6">
        <w:rPr>
          <w:rFonts w:ascii="Times New Roman" w:hAnsi="Times New Roman" w:cs="Times New Roman"/>
          <w:sz w:val="26"/>
          <w:szCs w:val="26"/>
          <w:lang w:val="bg-BG"/>
        </w:rPr>
        <w:t>,</w:t>
      </w:r>
      <w:r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="000D47BF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за срок от </w:t>
      </w:r>
      <w:r w:rsidR="007921B1" w:rsidRPr="008C2EB6">
        <w:rPr>
          <w:rFonts w:ascii="Times New Roman" w:hAnsi="Times New Roman" w:cs="Times New Roman"/>
          <w:sz w:val="26"/>
          <w:szCs w:val="26"/>
          <w:lang w:val="bg-BG"/>
        </w:rPr>
        <w:t>5 (пет)</w:t>
      </w:r>
      <w:r w:rsidR="000D47BF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години.</w:t>
      </w:r>
    </w:p>
    <w:p w14:paraId="0CD2D7E4" w14:textId="3BB23F7E" w:rsidR="000D47BF" w:rsidRPr="008C2EB6" w:rsidRDefault="00887F92" w:rsidP="008C2EB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lastRenderedPageBreak/>
        <w:t>3</w:t>
      </w:r>
      <w:r w:rsidR="000D47BF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. Определя възнаграждение на управителя по т. </w:t>
      </w:r>
      <w:r w:rsidR="00F80E20" w:rsidRPr="008C2EB6">
        <w:rPr>
          <w:rFonts w:ascii="Times New Roman" w:hAnsi="Times New Roman" w:cs="Times New Roman"/>
          <w:sz w:val="26"/>
          <w:szCs w:val="26"/>
          <w:lang w:val="bg-BG"/>
        </w:rPr>
        <w:t>1,</w:t>
      </w:r>
      <w:r w:rsidR="000D47BF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 както следва: месечно възнаграждение в размер на 300 на сто от отчетната средна месечна брутна работна заплата в лечебното заведение. </w:t>
      </w:r>
    </w:p>
    <w:p w14:paraId="02E55518" w14:textId="7418C2E1" w:rsidR="00F80E20" w:rsidRPr="00FA2F58" w:rsidRDefault="00887F92" w:rsidP="008C2EB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>4</w:t>
      </w:r>
      <w:r w:rsidR="000D47BF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. </w:t>
      </w:r>
      <w:r w:rsidR="00FA2F58">
        <w:rPr>
          <w:rFonts w:ascii="Times New Roman" w:hAnsi="Times New Roman" w:cs="Times New Roman"/>
          <w:sz w:val="26"/>
          <w:szCs w:val="26"/>
          <w:lang w:val="bg-BG"/>
        </w:rPr>
        <w:t xml:space="preserve">Договорът за </w:t>
      </w:r>
      <w:r w:rsidR="00075F51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възлагане управлението на </w:t>
      </w:r>
      <w:r w:rsidR="00075F51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="00075F51" w:rsidRPr="008C2EB6">
        <w:rPr>
          <w:rFonts w:ascii="Times New Roman" w:hAnsi="Times New Roman" w:cs="Times New Roman"/>
          <w:sz w:val="26"/>
          <w:szCs w:val="26"/>
          <w:lang w:val="bg-BG"/>
        </w:rPr>
        <w:t xml:space="preserve">МБАЛДБ „Св. Анастасия“ ЕООД ЕИК </w:t>
      </w:r>
      <w:r w:rsidR="00075F51" w:rsidRPr="008C2EB6">
        <w:rPr>
          <w:rFonts w:ascii="Times New Roman" w:hAnsi="Times New Roman" w:cs="Times New Roman"/>
          <w:spacing w:val="2"/>
          <w:sz w:val="26"/>
          <w:szCs w:val="26"/>
        </w:rPr>
        <w:t>207035949</w:t>
      </w:r>
      <w:r w:rsidR="00FA2F58">
        <w:rPr>
          <w:rFonts w:ascii="Times New Roman" w:hAnsi="Times New Roman" w:cs="Times New Roman"/>
          <w:sz w:val="26"/>
          <w:szCs w:val="26"/>
          <w:lang w:val="bg-BG"/>
        </w:rPr>
        <w:t xml:space="preserve"> лечебното заведение да се сключи </w:t>
      </w:r>
      <w:r w:rsidR="009B5404">
        <w:rPr>
          <w:rFonts w:ascii="Times New Roman" w:hAnsi="Times New Roman" w:cs="Times New Roman"/>
          <w:sz w:val="26"/>
          <w:szCs w:val="26"/>
          <w:lang w:val="ru-RU"/>
        </w:rPr>
        <w:t xml:space="preserve">от </w:t>
      </w:r>
      <w:r w:rsidR="009B5404" w:rsidRPr="008C2EB6">
        <w:rPr>
          <w:rFonts w:ascii="Times New Roman" w:hAnsi="Times New Roman" w:cs="Times New Roman"/>
          <w:sz w:val="26"/>
          <w:szCs w:val="26"/>
          <w:lang w:val="bg-BG"/>
        </w:rPr>
        <w:t>Кмет</w:t>
      </w:r>
      <w:r w:rsidR="009B5404">
        <w:rPr>
          <w:rFonts w:ascii="Times New Roman" w:hAnsi="Times New Roman" w:cs="Times New Roman"/>
          <w:sz w:val="26"/>
          <w:szCs w:val="26"/>
          <w:lang w:val="bg-BG"/>
        </w:rPr>
        <w:t xml:space="preserve">а на </w:t>
      </w:r>
      <w:r w:rsidR="009B5404" w:rsidRPr="008C2EB6">
        <w:rPr>
          <w:rFonts w:ascii="Times New Roman" w:hAnsi="Times New Roman" w:cs="Times New Roman"/>
          <w:sz w:val="26"/>
          <w:szCs w:val="26"/>
          <w:lang w:val="bg-BG"/>
        </w:rPr>
        <w:t>Община Бургас</w:t>
      </w:r>
      <w:r w:rsidR="009B5404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="00FA2F58">
        <w:rPr>
          <w:rFonts w:ascii="Times New Roman" w:hAnsi="Times New Roman" w:cs="Times New Roman"/>
          <w:sz w:val="26"/>
          <w:szCs w:val="26"/>
          <w:lang w:val="bg-BG"/>
        </w:rPr>
        <w:t>съобразно разпоредбите на чл.12, ал.2, т.1</w:t>
      </w:r>
      <w:r w:rsidR="00075F51">
        <w:rPr>
          <w:rFonts w:ascii="Times New Roman" w:hAnsi="Times New Roman" w:cs="Times New Roman"/>
          <w:sz w:val="26"/>
          <w:szCs w:val="26"/>
          <w:lang w:val="bg-BG"/>
        </w:rPr>
        <w:t>,</w:t>
      </w:r>
      <w:r w:rsidR="00FA2F58">
        <w:rPr>
          <w:rFonts w:ascii="Times New Roman" w:hAnsi="Times New Roman" w:cs="Times New Roman"/>
          <w:sz w:val="26"/>
          <w:szCs w:val="26"/>
          <w:lang w:val="bg-BG"/>
        </w:rPr>
        <w:t xml:space="preserve"> от</w:t>
      </w:r>
      <w:r w:rsidR="00FA2F58" w:rsidRPr="00FA2F58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="00FA2F58" w:rsidRPr="008C2EB6">
        <w:rPr>
          <w:rFonts w:ascii="Times New Roman" w:hAnsi="Times New Roman" w:cs="Times New Roman"/>
          <w:sz w:val="26"/>
          <w:szCs w:val="26"/>
          <w:lang w:val="bg-BG"/>
        </w:rPr>
        <w:t>Наредбата за реда,</w:t>
      </w:r>
      <w:r w:rsidR="00FA2F58" w:rsidRPr="008C2EB6">
        <w:rPr>
          <w:rFonts w:ascii="Times New Roman" w:hAnsi="Times New Roman" w:cs="Times New Roman"/>
          <w:sz w:val="26"/>
          <w:szCs w:val="26"/>
          <w:lang w:val="ru-RU"/>
        </w:rPr>
        <w:t xml:space="preserve"> по който Община Бургас участва в учредяването и упражняването на правото си на собственост в търговските дружества</w:t>
      </w:r>
      <w:r w:rsidR="009B5404">
        <w:rPr>
          <w:rFonts w:ascii="Times New Roman" w:hAnsi="Times New Roman" w:cs="Times New Roman"/>
          <w:sz w:val="26"/>
          <w:szCs w:val="26"/>
          <w:lang w:val="ru-RU"/>
        </w:rPr>
        <w:t xml:space="preserve">, при спазване разпоредбите на Закона за лечебните заведения, </w:t>
      </w:r>
      <w:r w:rsidR="00B00E8C">
        <w:rPr>
          <w:rFonts w:ascii="Times New Roman" w:hAnsi="Times New Roman" w:cs="Times New Roman"/>
          <w:sz w:val="26"/>
          <w:szCs w:val="26"/>
          <w:lang w:val="ru-RU"/>
        </w:rPr>
        <w:t>и</w:t>
      </w:r>
      <w:r w:rsidR="009B5404">
        <w:rPr>
          <w:rFonts w:ascii="Times New Roman" w:hAnsi="Times New Roman" w:cs="Times New Roman"/>
          <w:sz w:val="26"/>
          <w:szCs w:val="26"/>
          <w:lang w:val="ru-RU"/>
        </w:rPr>
        <w:t xml:space="preserve"> Правилника за прилагане на Закона за публичните предприятия</w:t>
      </w:r>
      <w:r w:rsidR="00FA2F58">
        <w:rPr>
          <w:rFonts w:ascii="Times New Roman" w:hAnsi="Times New Roman" w:cs="Times New Roman"/>
          <w:spacing w:val="2"/>
          <w:sz w:val="26"/>
          <w:szCs w:val="26"/>
          <w:lang w:val="bg-BG"/>
        </w:rPr>
        <w:t>.</w:t>
      </w:r>
    </w:p>
    <w:p w14:paraId="5F815F87" w14:textId="77777777" w:rsidR="00F80E20" w:rsidRPr="008C2EB6" w:rsidRDefault="00F80E20" w:rsidP="008C2EB6">
      <w:pPr>
        <w:spacing w:after="0"/>
        <w:jc w:val="both"/>
        <w:rPr>
          <w:rFonts w:ascii="Times New Roman" w:hAnsi="Times New Roman" w:cs="Times New Roman"/>
          <w:sz w:val="26"/>
          <w:szCs w:val="26"/>
          <w:lang w:val="bg-BG"/>
        </w:rPr>
      </w:pPr>
    </w:p>
    <w:p w14:paraId="7C753C03" w14:textId="227FF349" w:rsidR="00F80E20" w:rsidRPr="008C2EB6" w:rsidRDefault="000D47BF" w:rsidP="00FA2F5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sz w:val="26"/>
          <w:szCs w:val="26"/>
          <w:lang w:val="bg-BG"/>
        </w:rPr>
        <w:t>Приложени</w:t>
      </w:r>
      <w:r w:rsidR="00F80E20" w:rsidRPr="008C2EB6">
        <w:rPr>
          <w:rFonts w:ascii="Times New Roman" w:hAnsi="Times New Roman" w:cs="Times New Roman"/>
          <w:sz w:val="26"/>
          <w:szCs w:val="26"/>
          <w:lang w:val="bg-BG"/>
        </w:rPr>
        <w:t>я</w:t>
      </w:r>
      <w:r w:rsidR="00FA2F58">
        <w:rPr>
          <w:rFonts w:ascii="Times New Roman" w:hAnsi="Times New Roman" w:cs="Times New Roman"/>
          <w:sz w:val="26"/>
          <w:szCs w:val="26"/>
          <w:lang w:val="bg-BG"/>
        </w:rPr>
        <w:t xml:space="preserve">: </w:t>
      </w:r>
      <w:r w:rsidR="00F80E20" w:rsidRPr="008C2EB6">
        <w:rPr>
          <w:rFonts w:ascii="Times New Roman" w:hAnsi="Times New Roman" w:cs="Times New Roman"/>
          <w:sz w:val="26"/>
          <w:szCs w:val="26"/>
          <w:lang w:val="bg-BG"/>
        </w:rPr>
        <w:t>Протокол № 1/25.0.2026 г., Протокол №2/9.03.2026 г. до Протокол №3/10.03.2026 г. от работа на Комисия за избор на Управител на МБАЛДБ „Св. Анастасия“ ЕООД</w:t>
      </w:r>
    </w:p>
    <w:p w14:paraId="1C93CC8B" w14:textId="388C2FB5" w:rsidR="000D47BF" w:rsidRPr="008C2EB6" w:rsidRDefault="000D47BF" w:rsidP="008C2EB6">
      <w:pPr>
        <w:spacing w:after="0"/>
        <w:jc w:val="both"/>
        <w:rPr>
          <w:rFonts w:ascii="Times New Roman" w:hAnsi="Times New Roman" w:cs="Times New Roman"/>
          <w:sz w:val="26"/>
          <w:szCs w:val="26"/>
          <w:lang w:val="bg-BG"/>
        </w:rPr>
      </w:pPr>
    </w:p>
    <w:p w14:paraId="265ACA50" w14:textId="77777777" w:rsidR="00F80E20" w:rsidRPr="008C2EB6" w:rsidRDefault="00F80E20" w:rsidP="008C2EB6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</w:p>
    <w:p w14:paraId="136BE6A9" w14:textId="7A4AE5B2" w:rsidR="006857DF" w:rsidRPr="008C2EB6" w:rsidRDefault="006857DF" w:rsidP="008C2EB6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  <w:r w:rsidRPr="008C2EB6">
        <w:rPr>
          <w:rFonts w:ascii="Times New Roman" w:hAnsi="Times New Roman" w:cs="Times New Roman"/>
          <w:b/>
          <w:bCs/>
          <w:sz w:val="26"/>
          <w:szCs w:val="26"/>
          <w:lang w:val="bg-BG"/>
        </w:rPr>
        <w:t>ДИМИТЪР НИКОЛОВ</w:t>
      </w:r>
    </w:p>
    <w:p w14:paraId="785EA7E9" w14:textId="34556915" w:rsidR="006857DF" w:rsidRPr="00FA2F58" w:rsidRDefault="00FA2F58" w:rsidP="008C2EB6">
      <w:pPr>
        <w:spacing w:after="0"/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bg-BG"/>
        </w:rPr>
      </w:pPr>
      <w:r w:rsidRPr="00FA2F58">
        <w:rPr>
          <w:rFonts w:ascii="Times New Roman" w:hAnsi="Times New Roman" w:cs="Times New Roman"/>
          <w:b/>
          <w:bCs/>
          <w:i/>
          <w:sz w:val="26"/>
          <w:szCs w:val="26"/>
          <w:lang w:val="bg-BG"/>
        </w:rPr>
        <w:t>Кмет на Община Бургас</w:t>
      </w:r>
    </w:p>
    <w:p w14:paraId="677EB221" w14:textId="77777777" w:rsidR="006857DF" w:rsidRPr="008C2EB6" w:rsidRDefault="006857DF" w:rsidP="008C2EB6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</w:p>
    <w:p w14:paraId="325ACD24" w14:textId="77777777" w:rsidR="006857DF" w:rsidRPr="008C2EB6" w:rsidRDefault="006857DF" w:rsidP="008C2EB6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  <w:lang w:val="bg-BG"/>
        </w:rPr>
      </w:pPr>
    </w:p>
    <w:p w14:paraId="334B0C97" w14:textId="0FA08687" w:rsidR="006857DF" w:rsidRPr="008C2EB6" w:rsidRDefault="00345F8F" w:rsidP="008C2EB6">
      <w:pPr>
        <w:spacing w:after="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</w:p>
    <w:p w14:paraId="48DDD5A5" w14:textId="77777777" w:rsidR="006857DF" w:rsidRPr="006857DF" w:rsidRDefault="006857DF" w:rsidP="00732527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5E4CDBC" w14:textId="77777777" w:rsidR="006857DF" w:rsidRPr="006857DF" w:rsidRDefault="006857DF" w:rsidP="00732527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97AB6DD" w14:textId="77777777" w:rsidR="007660CC" w:rsidRPr="00F80E20" w:rsidRDefault="007660CC" w:rsidP="00732527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7660CC" w:rsidRPr="00F80E20" w:rsidSect="002D7A2B">
      <w:pgSz w:w="12240" w:h="15840"/>
      <w:pgMar w:top="964" w:right="1226" w:bottom="1440" w:left="151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4F0046"/>
    <w:multiLevelType w:val="hybridMultilevel"/>
    <w:tmpl w:val="3F5C3BC4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19CC6FC5"/>
    <w:multiLevelType w:val="hybridMultilevel"/>
    <w:tmpl w:val="8DFA5714"/>
    <w:lvl w:ilvl="0" w:tplc="D24095A6">
      <w:start w:val="2"/>
      <w:numFmt w:val="upperRoman"/>
      <w:lvlText w:val="%1-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4703EA"/>
    <w:multiLevelType w:val="hybridMultilevel"/>
    <w:tmpl w:val="9A5E7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4A0F79"/>
    <w:multiLevelType w:val="hybridMultilevel"/>
    <w:tmpl w:val="026A0D86"/>
    <w:lvl w:ilvl="0" w:tplc="800CE7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CFA4AD3"/>
    <w:multiLevelType w:val="hybridMultilevel"/>
    <w:tmpl w:val="EA64A810"/>
    <w:lvl w:ilvl="0" w:tplc="14CAC7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6C87729"/>
    <w:multiLevelType w:val="hybridMultilevel"/>
    <w:tmpl w:val="08B67506"/>
    <w:lvl w:ilvl="0" w:tplc="A70ACD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04D770D"/>
    <w:multiLevelType w:val="hybridMultilevel"/>
    <w:tmpl w:val="F162E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580A0A"/>
    <w:multiLevelType w:val="hybridMultilevel"/>
    <w:tmpl w:val="918AD172"/>
    <w:lvl w:ilvl="0" w:tplc="B538B992">
      <w:start w:val="1"/>
      <w:numFmt w:val="decimal"/>
      <w:lvlText w:val="%1."/>
      <w:lvlJc w:val="left"/>
      <w:pPr>
        <w:ind w:left="940" w:hanging="58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4"/>
  </w:num>
  <w:num w:numId="12">
    <w:abstractNumId w:val="16"/>
  </w:num>
  <w:num w:numId="13">
    <w:abstractNumId w:val="11"/>
  </w:num>
  <w:num w:numId="14">
    <w:abstractNumId w:val="15"/>
  </w:num>
  <w:num w:numId="15">
    <w:abstractNumId w:val="9"/>
  </w:num>
  <w:num w:numId="16">
    <w:abstractNumId w:val="1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1BCA"/>
    <w:rsid w:val="00034616"/>
    <w:rsid w:val="000349FB"/>
    <w:rsid w:val="0006063C"/>
    <w:rsid w:val="00075F51"/>
    <w:rsid w:val="000D47BF"/>
    <w:rsid w:val="001138E6"/>
    <w:rsid w:val="0015074B"/>
    <w:rsid w:val="00156948"/>
    <w:rsid w:val="001C6012"/>
    <w:rsid w:val="00202283"/>
    <w:rsid w:val="002241ED"/>
    <w:rsid w:val="0029639D"/>
    <w:rsid w:val="002B5E51"/>
    <w:rsid w:val="002D7A2B"/>
    <w:rsid w:val="00326F90"/>
    <w:rsid w:val="00345F8F"/>
    <w:rsid w:val="003C1716"/>
    <w:rsid w:val="00504DF5"/>
    <w:rsid w:val="0057606D"/>
    <w:rsid w:val="005A0E84"/>
    <w:rsid w:val="006857DF"/>
    <w:rsid w:val="00687FFC"/>
    <w:rsid w:val="006D3AA2"/>
    <w:rsid w:val="00732527"/>
    <w:rsid w:val="007660CC"/>
    <w:rsid w:val="00784E78"/>
    <w:rsid w:val="007921B1"/>
    <w:rsid w:val="007A4319"/>
    <w:rsid w:val="007D02C9"/>
    <w:rsid w:val="00887F92"/>
    <w:rsid w:val="008C2EB6"/>
    <w:rsid w:val="008F3890"/>
    <w:rsid w:val="0095029D"/>
    <w:rsid w:val="009B5404"/>
    <w:rsid w:val="009C7AB4"/>
    <w:rsid w:val="00A45DF1"/>
    <w:rsid w:val="00A857AD"/>
    <w:rsid w:val="00AA1D8D"/>
    <w:rsid w:val="00AC64E8"/>
    <w:rsid w:val="00B00E8C"/>
    <w:rsid w:val="00B47730"/>
    <w:rsid w:val="00B85B4A"/>
    <w:rsid w:val="00BF1260"/>
    <w:rsid w:val="00CB0664"/>
    <w:rsid w:val="00CC5E23"/>
    <w:rsid w:val="00D63425"/>
    <w:rsid w:val="00DA6161"/>
    <w:rsid w:val="00DE279F"/>
    <w:rsid w:val="00E2705F"/>
    <w:rsid w:val="00E41E8C"/>
    <w:rsid w:val="00EE5146"/>
    <w:rsid w:val="00F80E20"/>
    <w:rsid w:val="00F91799"/>
    <w:rsid w:val="00FA2F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23A152"/>
  <w14:defaultImageDpi w14:val="300"/>
  <w15:docId w15:val="{09476EC8-6058-49DD-B470-AC7A14445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45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F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2C3B5D-614B-4037-A62D-88FDF3B32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6</Pages>
  <Words>1723</Words>
  <Characters>9824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 User</cp:lastModifiedBy>
  <cp:revision>18</cp:revision>
  <cp:lastPrinted>2026-03-12T09:02:00Z</cp:lastPrinted>
  <dcterms:created xsi:type="dcterms:W3CDTF">2026-03-12T07:28:00Z</dcterms:created>
  <dcterms:modified xsi:type="dcterms:W3CDTF">2026-03-12T13:18:00Z</dcterms:modified>
  <cp:category/>
</cp:coreProperties>
</file>